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488D" w:rsidRPr="00BE3087" w:rsidRDefault="000E0381">
      <w:pPr>
        <w:spacing w:after="80"/>
        <w:jc w:val="right"/>
        <w:rPr>
          <w:lang w:val="ru-RU"/>
        </w:rPr>
      </w:pPr>
      <w:r w:rsidRPr="00BE3087">
        <w:rPr>
          <w:i/>
          <w:sz w:val="18"/>
          <w:lang w:val="ru-RU"/>
        </w:rPr>
        <w:t>Приложение к Правилам проведения</w:t>
      </w:r>
      <w:r w:rsidRPr="00BE3087">
        <w:rPr>
          <w:i/>
          <w:sz w:val="18"/>
          <w:lang w:val="ru-RU"/>
        </w:rPr>
        <w:br/>
        <w:t xml:space="preserve">стимулирующей акции «Выходные с </w:t>
      </w:r>
      <w:r>
        <w:rPr>
          <w:i/>
          <w:sz w:val="18"/>
        </w:rPr>
        <w:t>COZY</w:t>
      </w:r>
      <w:r w:rsidRPr="00BE3087">
        <w:rPr>
          <w:i/>
          <w:sz w:val="18"/>
          <w:lang w:val="ru-RU"/>
        </w:rPr>
        <w:t xml:space="preserve"> </w:t>
      </w:r>
      <w:r>
        <w:rPr>
          <w:i/>
          <w:sz w:val="18"/>
        </w:rPr>
        <w:t>HOME</w:t>
      </w:r>
      <w:r w:rsidRPr="00BE3087">
        <w:rPr>
          <w:i/>
          <w:sz w:val="18"/>
          <w:lang w:val="ru-RU"/>
        </w:rPr>
        <w:t>»</w:t>
      </w:r>
    </w:p>
    <w:p w:rsidR="0068488D" w:rsidRPr="00BE3087" w:rsidRDefault="000E0381">
      <w:pPr>
        <w:jc w:val="center"/>
        <w:rPr>
          <w:lang w:val="ru-RU"/>
        </w:rPr>
      </w:pPr>
      <w:r w:rsidRPr="00BE3087">
        <w:rPr>
          <w:b/>
          <w:color w:val="5C3A2E"/>
          <w:sz w:val="28"/>
          <w:lang w:val="ru-RU"/>
        </w:rPr>
        <w:t>ПЕРЕЧЕНЬ МАГАЗИНОВ И ПРЕДПРИЯТИЙ</w:t>
      </w:r>
      <w:r w:rsidRPr="00BE3087">
        <w:rPr>
          <w:b/>
          <w:color w:val="5C3A2E"/>
          <w:sz w:val="28"/>
          <w:lang w:val="ru-RU"/>
        </w:rPr>
        <w:br/>
        <w:t>ОБЩЕСТВЕННОГО ПИТАНИЯ — УЧАСТНИКОВ АКЦИИ</w:t>
      </w:r>
    </w:p>
    <w:p w:rsidR="0068488D" w:rsidRDefault="000E0381">
      <w:pPr>
        <w:spacing w:after="140"/>
        <w:jc w:val="center"/>
      </w:pPr>
      <w:r>
        <w:rPr>
          <w:b/>
          <w:sz w:val="26"/>
        </w:rPr>
        <w:t>«Выходные с COZY HOME»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482"/>
      </w:tblGrid>
      <w:tr w:rsidR="0068488D" w:rsidRPr="00BE3087">
        <w:trPr>
          <w:jc w:val="center"/>
        </w:trPr>
        <w:tc>
          <w:tcPr>
            <w:tcW w:w="10482" w:type="dxa"/>
            <w:shd w:val="clear" w:color="auto" w:fill="F3EEE9"/>
            <w:tcMar>
              <w:top w:w="90" w:type="dxa"/>
              <w:left w:w="130" w:type="dxa"/>
              <w:bottom w:w="90" w:type="dxa"/>
              <w:right w:w="130" w:type="dxa"/>
            </w:tcMar>
          </w:tcPr>
          <w:p w:rsidR="0068488D" w:rsidRPr="00BE3087" w:rsidRDefault="000E0381" w:rsidP="00BE3087">
            <w:pPr>
              <w:spacing w:after="0" w:line="240" w:lineRule="auto"/>
              <w:jc w:val="both"/>
              <w:rPr>
                <w:lang w:val="ru-RU"/>
              </w:rPr>
            </w:pPr>
            <w:r w:rsidRPr="00BE3087">
              <w:rPr>
                <w:sz w:val="18"/>
                <w:lang w:val="ru-RU"/>
              </w:rPr>
              <w:t xml:space="preserve">В Акции участвуют перечисленные ниже торговые точки ТРК «СИТИ МОЛЛ» и предприятия </w:t>
            </w:r>
            <w:r w:rsidRPr="00BE3087">
              <w:rPr>
                <w:sz w:val="18"/>
                <w:lang w:val="ru-RU"/>
              </w:rPr>
              <w:t xml:space="preserve">общественного питания </w:t>
            </w:r>
            <w:r>
              <w:rPr>
                <w:sz w:val="18"/>
              </w:rPr>
              <w:t>CITYFOOD</w:t>
            </w:r>
            <w:r w:rsidRPr="00BE3087">
              <w:rPr>
                <w:sz w:val="18"/>
                <w:lang w:val="ru-RU"/>
              </w:rPr>
              <w:t xml:space="preserve">. </w:t>
            </w:r>
          </w:p>
        </w:tc>
      </w:tr>
    </w:tbl>
    <w:p w:rsidR="0068488D" w:rsidRPr="00BE3087" w:rsidRDefault="000E0381">
      <w:pPr>
        <w:spacing w:before="80" w:after="40"/>
        <w:rPr>
          <w:lang w:val="ru-RU"/>
        </w:rPr>
      </w:pPr>
      <w:r w:rsidRPr="00BE3087">
        <w:rPr>
          <w:b/>
          <w:color w:val="5C3A2E"/>
          <w:sz w:val="24"/>
          <w:lang w:val="ru-RU"/>
        </w:rPr>
        <w:t>1. Магазины и торг</w:t>
      </w:r>
      <w:r w:rsidR="00BE3087">
        <w:rPr>
          <w:b/>
          <w:color w:val="5C3A2E"/>
          <w:sz w:val="24"/>
          <w:lang w:val="ru-RU"/>
        </w:rPr>
        <w:t xml:space="preserve">овые точки ТРК «СИТИ МОЛЛ» </w:t>
      </w:r>
      <w:bookmarkStart w:id="0" w:name="_GoBack"/>
      <w:bookmarkEnd w:id="0"/>
    </w:p>
    <w:tbl>
      <w:tblPr>
        <w:tblW w:w="0" w:type="auto"/>
        <w:jc w:val="center"/>
        <w:tblBorders>
          <w:top w:val="single" w:sz="3" w:space="0" w:color="D8CFC8"/>
          <w:left w:val="single" w:sz="3" w:space="0" w:color="D8CFC8"/>
          <w:bottom w:val="single" w:sz="3" w:space="0" w:color="D8CFC8"/>
          <w:right w:val="single" w:sz="3" w:space="0" w:color="D8CFC8"/>
          <w:insideH w:val="single" w:sz="3" w:space="0" w:color="D8CFC8"/>
          <w:insideV w:val="single" w:sz="3" w:space="0" w:color="D8CFC8"/>
        </w:tblBorders>
        <w:tblLook w:val="04A0" w:firstRow="1" w:lastRow="0" w:firstColumn="1" w:lastColumn="0" w:noHBand="0" w:noVBand="1"/>
      </w:tblPr>
      <w:tblGrid>
        <w:gridCol w:w="3491"/>
        <w:gridCol w:w="3491"/>
        <w:gridCol w:w="3492"/>
      </w:tblGrid>
      <w:tr w:rsidR="0068488D">
        <w:trPr>
          <w:jc w:val="center"/>
        </w:trPr>
        <w:tc>
          <w:tcPr>
            <w:tcW w:w="3494" w:type="dxa"/>
            <w:tcMar>
              <w:top w:w="35" w:type="dxa"/>
              <w:left w:w="65" w:type="dxa"/>
              <w:bottom w:w="35" w:type="dxa"/>
              <w:right w:w="65" w:type="dxa"/>
            </w:tcMar>
            <w:vAlign w:val="center"/>
          </w:tcPr>
          <w:p w:rsidR="0068488D" w:rsidRDefault="000E0381">
            <w:pPr>
              <w:spacing w:after="0" w:line="228" w:lineRule="auto"/>
            </w:pPr>
            <w:r>
              <w:rPr>
                <w:b/>
                <w:sz w:val="18"/>
              </w:rPr>
              <w:t xml:space="preserve">1. </w:t>
            </w:r>
            <w:r>
              <w:rPr>
                <w:sz w:val="18"/>
              </w:rPr>
              <w:t>1000 и одна сумка</w:t>
            </w:r>
          </w:p>
        </w:tc>
        <w:tc>
          <w:tcPr>
            <w:tcW w:w="3494" w:type="dxa"/>
            <w:tcMar>
              <w:top w:w="35" w:type="dxa"/>
              <w:left w:w="65" w:type="dxa"/>
              <w:bottom w:w="35" w:type="dxa"/>
              <w:right w:w="65" w:type="dxa"/>
            </w:tcMar>
            <w:vAlign w:val="center"/>
          </w:tcPr>
          <w:p w:rsidR="0068488D" w:rsidRDefault="000E0381">
            <w:pPr>
              <w:spacing w:after="0" w:line="228" w:lineRule="auto"/>
            </w:pPr>
            <w:r>
              <w:rPr>
                <w:b/>
                <w:sz w:val="18"/>
              </w:rPr>
              <w:t xml:space="preserve">45. </w:t>
            </w:r>
            <w:r>
              <w:rPr>
                <w:sz w:val="18"/>
              </w:rPr>
              <w:t>Mango</w:t>
            </w:r>
          </w:p>
        </w:tc>
        <w:tc>
          <w:tcPr>
            <w:tcW w:w="3494" w:type="dxa"/>
            <w:tcMar>
              <w:top w:w="35" w:type="dxa"/>
              <w:left w:w="65" w:type="dxa"/>
              <w:bottom w:w="35" w:type="dxa"/>
              <w:right w:w="65" w:type="dxa"/>
            </w:tcMar>
            <w:vAlign w:val="center"/>
          </w:tcPr>
          <w:p w:rsidR="0068488D" w:rsidRDefault="000E0381">
            <w:pPr>
              <w:spacing w:after="0" w:line="228" w:lineRule="auto"/>
            </w:pPr>
            <w:r>
              <w:rPr>
                <w:b/>
                <w:sz w:val="18"/>
              </w:rPr>
              <w:t xml:space="preserve">89. </w:t>
            </w:r>
            <w:r>
              <w:rPr>
                <w:sz w:val="18"/>
              </w:rPr>
              <w:t>Бронницкий ювелир</w:t>
            </w:r>
          </w:p>
        </w:tc>
      </w:tr>
      <w:tr w:rsidR="0068488D">
        <w:trPr>
          <w:jc w:val="center"/>
        </w:trPr>
        <w:tc>
          <w:tcPr>
            <w:tcW w:w="3494" w:type="dxa"/>
            <w:tcMar>
              <w:top w:w="35" w:type="dxa"/>
              <w:left w:w="65" w:type="dxa"/>
              <w:bottom w:w="35" w:type="dxa"/>
              <w:right w:w="65" w:type="dxa"/>
            </w:tcMar>
            <w:vAlign w:val="center"/>
          </w:tcPr>
          <w:p w:rsidR="0068488D" w:rsidRDefault="000E0381">
            <w:pPr>
              <w:spacing w:after="0" w:line="228" w:lineRule="auto"/>
            </w:pPr>
            <w:r>
              <w:rPr>
                <w:b/>
                <w:sz w:val="18"/>
              </w:rPr>
              <w:t xml:space="preserve">2. </w:t>
            </w:r>
            <w:r>
              <w:rPr>
                <w:sz w:val="18"/>
              </w:rPr>
              <w:t>5карманов</w:t>
            </w:r>
          </w:p>
        </w:tc>
        <w:tc>
          <w:tcPr>
            <w:tcW w:w="3494" w:type="dxa"/>
            <w:tcMar>
              <w:top w:w="35" w:type="dxa"/>
              <w:left w:w="65" w:type="dxa"/>
              <w:bottom w:w="35" w:type="dxa"/>
              <w:right w:w="65" w:type="dxa"/>
            </w:tcMar>
            <w:vAlign w:val="center"/>
          </w:tcPr>
          <w:p w:rsidR="0068488D" w:rsidRDefault="000E0381">
            <w:pPr>
              <w:spacing w:after="0" w:line="228" w:lineRule="auto"/>
            </w:pPr>
            <w:r>
              <w:rPr>
                <w:b/>
                <w:sz w:val="18"/>
              </w:rPr>
              <w:t xml:space="preserve">46. </w:t>
            </w:r>
            <w:r>
              <w:rPr>
                <w:sz w:val="18"/>
              </w:rPr>
              <w:t>Marmalato</w:t>
            </w:r>
          </w:p>
        </w:tc>
        <w:tc>
          <w:tcPr>
            <w:tcW w:w="3494" w:type="dxa"/>
            <w:tcMar>
              <w:top w:w="35" w:type="dxa"/>
              <w:left w:w="65" w:type="dxa"/>
              <w:bottom w:w="35" w:type="dxa"/>
              <w:right w:w="65" w:type="dxa"/>
            </w:tcMar>
            <w:vAlign w:val="center"/>
          </w:tcPr>
          <w:p w:rsidR="0068488D" w:rsidRDefault="000E0381">
            <w:pPr>
              <w:spacing w:after="0" w:line="228" w:lineRule="auto"/>
            </w:pPr>
            <w:r>
              <w:rPr>
                <w:b/>
                <w:sz w:val="18"/>
              </w:rPr>
              <w:t xml:space="preserve">90. </w:t>
            </w:r>
            <w:r>
              <w:rPr>
                <w:sz w:val="18"/>
              </w:rPr>
              <w:t>Буквоед</w:t>
            </w:r>
          </w:p>
        </w:tc>
      </w:tr>
      <w:tr w:rsidR="0068488D">
        <w:trPr>
          <w:jc w:val="center"/>
        </w:trPr>
        <w:tc>
          <w:tcPr>
            <w:tcW w:w="3494" w:type="dxa"/>
            <w:tcMar>
              <w:top w:w="35" w:type="dxa"/>
              <w:left w:w="65" w:type="dxa"/>
              <w:bottom w:w="35" w:type="dxa"/>
              <w:right w:w="65" w:type="dxa"/>
            </w:tcMar>
            <w:vAlign w:val="center"/>
          </w:tcPr>
          <w:p w:rsidR="0068488D" w:rsidRDefault="000E0381">
            <w:pPr>
              <w:spacing w:after="0" w:line="228" w:lineRule="auto"/>
            </w:pPr>
            <w:r>
              <w:rPr>
                <w:b/>
                <w:sz w:val="18"/>
              </w:rPr>
              <w:t xml:space="preserve">3. </w:t>
            </w:r>
            <w:r>
              <w:rPr>
                <w:sz w:val="18"/>
              </w:rPr>
              <w:t>Amazing Red</w:t>
            </w:r>
          </w:p>
        </w:tc>
        <w:tc>
          <w:tcPr>
            <w:tcW w:w="3494" w:type="dxa"/>
            <w:tcMar>
              <w:top w:w="35" w:type="dxa"/>
              <w:left w:w="65" w:type="dxa"/>
              <w:bottom w:w="35" w:type="dxa"/>
              <w:right w:w="65" w:type="dxa"/>
            </w:tcMar>
            <w:vAlign w:val="center"/>
          </w:tcPr>
          <w:p w:rsidR="0068488D" w:rsidRDefault="000E0381">
            <w:pPr>
              <w:spacing w:after="0" w:line="228" w:lineRule="auto"/>
            </w:pPr>
            <w:r>
              <w:rPr>
                <w:b/>
                <w:sz w:val="18"/>
              </w:rPr>
              <w:t xml:space="preserve">47. </w:t>
            </w:r>
            <w:r>
              <w:rPr>
                <w:sz w:val="18"/>
              </w:rPr>
              <w:t>MIE</w:t>
            </w:r>
          </w:p>
        </w:tc>
        <w:tc>
          <w:tcPr>
            <w:tcW w:w="3494" w:type="dxa"/>
            <w:tcMar>
              <w:top w:w="35" w:type="dxa"/>
              <w:left w:w="65" w:type="dxa"/>
              <w:bottom w:w="35" w:type="dxa"/>
              <w:right w:w="65" w:type="dxa"/>
            </w:tcMar>
            <w:vAlign w:val="center"/>
          </w:tcPr>
          <w:p w:rsidR="0068488D" w:rsidRDefault="000E0381">
            <w:pPr>
              <w:spacing w:after="0" w:line="228" w:lineRule="auto"/>
            </w:pPr>
            <w:r>
              <w:rPr>
                <w:b/>
                <w:sz w:val="18"/>
              </w:rPr>
              <w:t xml:space="preserve">91. </w:t>
            </w:r>
            <w:r>
              <w:rPr>
                <w:sz w:val="18"/>
              </w:rPr>
              <w:t>Верхняя одежда</w:t>
            </w:r>
          </w:p>
        </w:tc>
      </w:tr>
      <w:tr w:rsidR="0068488D">
        <w:trPr>
          <w:jc w:val="center"/>
        </w:trPr>
        <w:tc>
          <w:tcPr>
            <w:tcW w:w="3494" w:type="dxa"/>
            <w:tcMar>
              <w:top w:w="35" w:type="dxa"/>
              <w:left w:w="65" w:type="dxa"/>
              <w:bottom w:w="35" w:type="dxa"/>
              <w:right w:w="65" w:type="dxa"/>
            </w:tcMar>
            <w:vAlign w:val="center"/>
          </w:tcPr>
          <w:p w:rsidR="0068488D" w:rsidRDefault="000E0381">
            <w:pPr>
              <w:spacing w:after="0" w:line="228" w:lineRule="auto"/>
            </w:pPr>
            <w:r>
              <w:rPr>
                <w:b/>
                <w:sz w:val="18"/>
              </w:rPr>
              <w:t xml:space="preserve">4. </w:t>
            </w:r>
            <w:r>
              <w:rPr>
                <w:sz w:val="18"/>
              </w:rPr>
              <w:t>Art Decoration store</w:t>
            </w:r>
          </w:p>
        </w:tc>
        <w:tc>
          <w:tcPr>
            <w:tcW w:w="3494" w:type="dxa"/>
            <w:tcMar>
              <w:top w:w="35" w:type="dxa"/>
              <w:left w:w="65" w:type="dxa"/>
              <w:bottom w:w="35" w:type="dxa"/>
              <w:right w:w="65" w:type="dxa"/>
            </w:tcMar>
            <w:vAlign w:val="center"/>
          </w:tcPr>
          <w:p w:rsidR="0068488D" w:rsidRDefault="000E0381">
            <w:pPr>
              <w:spacing w:after="0" w:line="228" w:lineRule="auto"/>
            </w:pPr>
            <w:r>
              <w:rPr>
                <w:b/>
                <w:sz w:val="18"/>
              </w:rPr>
              <w:t xml:space="preserve">48. </w:t>
            </w:r>
            <w:r>
              <w:rPr>
                <w:sz w:val="18"/>
              </w:rPr>
              <w:t>Mirae</w:t>
            </w:r>
          </w:p>
        </w:tc>
        <w:tc>
          <w:tcPr>
            <w:tcW w:w="3494" w:type="dxa"/>
            <w:tcMar>
              <w:top w:w="35" w:type="dxa"/>
              <w:left w:w="65" w:type="dxa"/>
              <w:bottom w:w="35" w:type="dxa"/>
              <w:right w:w="65" w:type="dxa"/>
            </w:tcMar>
            <w:vAlign w:val="center"/>
          </w:tcPr>
          <w:p w:rsidR="0068488D" w:rsidRPr="00BE3087" w:rsidRDefault="000E0381">
            <w:pPr>
              <w:spacing w:after="0" w:line="228" w:lineRule="auto"/>
              <w:rPr>
                <w:lang w:val="ru-RU"/>
              </w:rPr>
            </w:pPr>
            <w:r>
              <w:rPr>
                <w:b/>
                <w:sz w:val="18"/>
              </w:rPr>
              <w:t xml:space="preserve">92. </w:t>
            </w:r>
            <w:r>
              <w:rPr>
                <w:sz w:val="18"/>
              </w:rPr>
              <w:t>ВкусВилл</w:t>
            </w:r>
          </w:p>
        </w:tc>
      </w:tr>
      <w:tr w:rsidR="0068488D">
        <w:trPr>
          <w:jc w:val="center"/>
        </w:trPr>
        <w:tc>
          <w:tcPr>
            <w:tcW w:w="3494" w:type="dxa"/>
            <w:tcMar>
              <w:top w:w="35" w:type="dxa"/>
              <w:left w:w="65" w:type="dxa"/>
              <w:bottom w:w="35" w:type="dxa"/>
              <w:right w:w="65" w:type="dxa"/>
            </w:tcMar>
            <w:vAlign w:val="center"/>
          </w:tcPr>
          <w:p w:rsidR="0068488D" w:rsidRDefault="000E0381">
            <w:pPr>
              <w:spacing w:after="0" w:line="228" w:lineRule="auto"/>
            </w:pPr>
            <w:r>
              <w:rPr>
                <w:b/>
                <w:sz w:val="18"/>
              </w:rPr>
              <w:t xml:space="preserve">5. </w:t>
            </w:r>
            <w:r>
              <w:rPr>
                <w:sz w:val="18"/>
              </w:rPr>
              <w:t>ASKONA</w:t>
            </w:r>
          </w:p>
        </w:tc>
        <w:tc>
          <w:tcPr>
            <w:tcW w:w="3494" w:type="dxa"/>
            <w:tcMar>
              <w:top w:w="35" w:type="dxa"/>
              <w:left w:w="65" w:type="dxa"/>
              <w:bottom w:w="35" w:type="dxa"/>
              <w:right w:w="65" w:type="dxa"/>
            </w:tcMar>
            <w:vAlign w:val="center"/>
          </w:tcPr>
          <w:p w:rsidR="0068488D" w:rsidRDefault="000E0381">
            <w:pPr>
              <w:spacing w:after="0" w:line="228" w:lineRule="auto"/>
            </w:pPr>
            <w:r>
              <w:rPr>
                <w:b/>
                <w:sz w:val="18"/>
              </w:rPr>
              <w:t xml:space="preserve">49. </w:t>
            </w:r>
            <w:r>
              <w:rPr>
                <w:sz w:val="18"/>
              </w:rPr>
              <w:t>MIUZ DIAMONDS</w:t>
            </w:r>
          </w:p>
        </w:tc>
        <w:tc>
          <w:tcPr>
            <w:tcW w:w="3494" w:type="dxa"/>
            <w:tcMar>
              <w:top w:w="35" w:type="dxa"/>
              <w:left w:w="65" w:type="dxa"/>
              <w:bottom w:w="35" w:type="dxa"/>
              <w:right w:w="65" w:type="dxa"/>
            </w:tcMar>
            <w:vAlign w:val="center"/>
          </w:tcPr>
          <w:p w:rsidR="0068488D" w:rsidRDefault="000E0381">
            <w:pPr>
              <w:spacing w:after="0" w:line="228" w:lineRule="auto"/>
            </w:pPr>
            <w:r>
              <w:rPr>
                <w:b/>
                <w:sz w:val="18"/>
              </w:rPr>
              <w:t xml:space="preserve">93. </w:t>
            </w:r>
            <w:r>
              <w:rPr>
                <w:sz w:val="18"/>
              </w:rPr>
              <w:t>Гипермаркет Перекресток</w:t>
            </w:r>
          </w:p>
        </w:tc>
      </w:tr>
      <w:tr w:rsidR="0068488D">
        <w:trPr>
          <w:jc w:val="center"/>
        </w:trPr>
        <w:tc>
          <w:tcPr>
            <w:tcW w:w="3494" w:type="dxa"/>
            <w:tcMar>
              <w:top w:w="35" w:type="dxa"/>
              <w:left w:w="65" w:type="dxa"/>
              <w:bottom w:w="35" w:type="dxa"/>
              <w:right w:w="65" w:type="dxa"/>
            </w:tcMar>
            <w:vAlign w:val="center"/>
          </w:tcPr>
          <w:p w:rsidR="0068488D" w:rsidRDefault="000E0381">
            <w:pPr>
              <w:spacing w:after="0" w:line="228" w:lineRule="auto"/>
            </w:pPr>
            <w:r>
              <w:rPr>
                <w:b/>
                <w:sz w:val="18"/>
              </w:rPr>
              <w:t xml:space="preserve">6. </w:t>
            </w:r>
            <w:r>
              <w:rPr>
                <w:sz w:val="18"/>
              </w:rPr>
              <w:t>Baccarat</w:t>
            </w:r>
          </w:p>
        </w:tc>
        <w:tc>
          <w:tcPr>
            <w:tcW w:w="3494" w:type="dxa"/>
            <w:tcMar>
              <w:top w:w="35" w:type="dxa"/>
              <w:left w:w="65" w:type="dxa"/>
              <w:bottom w:w="35" w:type="dxa"/>
              <w:right w:w="65" w:type="dxa"/>
            </w:tcMar>
            <w:vAlign w:val="center"/>
          </w:tcPr>
          <w:p w:rsidR="0068488D" w:rsidRDefault="000E0381">
            <w:pPr>
              <w:spacing w:after="0" w:line="228" w:lineRule="auto"/>
            </w:pPr>
            <w:r>
              <w:rPr>
                <w:b/>
                <w:sz w:val="18"/>
              </w:rPr>
              <w:t xml:space="preserve">50. </w:t>
            </w:r>
            <w:r>
              <w:rPr>
                <w:sz w:val="18"/>
              </w:rPr>
              <w:t>Mustang</w:t>
            </w:r>
          </w:p>
        </w:tc>
        <w:tc>
          <w:tcPr>
            <w:tcW w:w="3494" w:type="dxa"/>
            <w:tcMar>
              <w:top w:w="35" w:type="dxa"/>
              <w:left w:w="65" w:type="dxa"/>
              <w:bottom w:w="35" w:type="dxa"/>
              <w:right w:w="65" w:type="dxa"/>
            </w:tcMar>
            <w:vAlign w:val="center"/>
          </w:tcPr>
          <w:p w:rsidR="0068488D" w:rsidRDefault="000E0381">
            <w:pPr>
              <w:spacing w:after="0" w:line="228" w:lineRule="auto"/>
            </w:pPr>
            <w:r>
              <w:rPr>
                <w:b/>
                <w:sz w:val="18"/>
              </w:rPr>
              <w:t xml:space="preserve">94. </w:t>
            </w:r>
            <w:r>
              <w:rPr>
                <w:sz w:val="18"/>
              </w:rPr>
              <w:t>Гокотта</w:t>
            </w:r>
          </w:p>
        </w:tc>
      </w:tr>
      <w:tr w:rsidR="0068488D">
        <w:trPr>
          <w:jc w:val="center"/>
        </w:trPr>
        <w:tc>
          <w:tcPr>
            <w:tcW w:w="3494" w:type="dxa"/>
            <w:tcMar>
              <w:top w:w="35" w:type="dxa"/>
              <w:left w:w="65" w:type="dxa"/>
              <w:bottom w:w="35" w:type="dxa"/>
              <w:right w:w="65" w:type="dxa"/>
            </w:tcMar>
            <w:vAlign w:val="center"/>
          </w:tcPr>
          <w:p w:rsidR="0068488D" w:rsidRDefault="000E0381">
            <w:pPr>
              <w:spacing w:after="0" w:line="228" w:lineRule="auto"/>
            </w:pPr>
            <w:r>
              <w:rPr>
                <w:b/>
                <w:sz w:val="18"/>
              </w:rPr>
              <w:t xml:space="preserve">7. </w:t>
            </w:r>
            <w:r>
              <w:rPr>
                <w:sz w:val="18"/>
              </w:rPr>
              <w:t>BAFI</w:t>
            </w:r>
          </w:p>
        </w:tc>
        <w:tc>
          <w:tcPr>
            <w:tcW w:w="3494" w:type="dxa"/>
            <w:tcMar>
              <w:top w:w="35" w:type="dxa"/>
              <w:left w:w="65" w:type="dxa"/>
              <w:bottom w:w="35" w:type="dxa"/>
              <w:right w:w="65" w:type="dxa"/>
            </w:tcMar>
            <w:vAlign w:val="center"/>
          </w:tcPr>
          <w:p w:rsidR="0068488D" w:rsidRDefault="000E0381">
            <w:pPr>
              <w:spacing w:after="0" w:line="228" w:lineRule="auto"/>
            </w:pPr>
            <w:r>
              <w:rPr>
                <w:b/>
                <w:sz w:val="18"/>
              </w:rPr>
              <w:t xml:space="preserve">51. </w:t>
            </w:r>
            <w:r>
              <w:rPr>
                <w:sz w:val="18"/>
              </w:rPr>
              <w:t>O'STIN</w:t>
            </w:r>
          </w:p>
        </w:tc>
        <w:tc>
          <w:tcPr>
            <w:tcW w:w="3494" w:type="dxa"/>
            <w:tcMar>
              <w:top w:w="35" w:type="dxa"/>
              <w:left w:w="65" w:type="dxa"/>
              <w:bottom w:w="35" w:type="dxa"/>
              <w:right w:w="65" w:type="dxa"/>
            </w:tcMar>
            <w:vAlign w:val="center"/>
          </w:tcPr>
          <w:p w:rsidR="0068488D" w:rsidRDefault="000E0381">
            <w:pPr>
              <w:spacing w:after="0" w:line="228" w:lineRule="auto"/>
            </w:pPr>
            <w:r>
              <w:rPr>
                <w:b/>
                <w:sz w:val="18"/>
              </w:rPr>
              <w:t xml:space="preserve">95. </w:t>
            </w:r>
            <w:r>
              <w:rPr>
                <w:sz w:val="18"/>
              </w:rPr>
              <w:t>Детский Мир</w:t>
            </w:r>
          </w:p>
        </w:tc>
      </w:tr>
      <w:tr w:rsidR="0068488D">
        <w:trPr>
          <w:jc w:val="center"/>
        </w:trPr>
        <w:tc>
          <w:tcPr>
            <w:tcW w:w="3494" w:type="dxa"/>
            <w:tcMar>
              <w:top w:w="35" w:type="dxa"/>
              <w:left w:w="65" w:type="dxa"/>
              <w:bottom w:w="35" w:type="dxa"/>
              <w:right w:w="65" w:type="dxa"/>
            </w:tcMar>
            <w:vAlign w:val="center"/>
          </w:tcPr>
          <w:p w:rsidR="0068488D" w:rsidRDefault="000E0381">
            <w:pPr>
              <w:spacing w:after="0" w:line="228" w:lineRule="auto"/>
            </w:pPr>
            <w:r>
              <w:rPr>
                <w:b/>
                <w:sz w:val="18"/>
              </w:rPr>
              <w:t xml:space="preserve">8. </w:t>
            </w:r>
            <w:r>
              <w:rPr>
                <w:sz w:val="18"/>
              </w:rPr>
              <w:t>BEFREE</w:t>
            </w:r>
          </w:p>
        </w:tc>
        <w:tc>
          <w:tcPr>
            <w:tcW w:w="3494" w:type="dxa"/>
            <w:tcMar>
              <w:top w:w="35" w:type="dxa"/>
              <w:left w:w="65" w:type="dxa"/>
              <w:bottom w:w="35" w:type="dxa"/>
              <w:right w:w="65" w:type="dxa"/>
            </w:tcMar>
            <w:vAlign w:val="center"/>
          </w:tcPr>
          <w:p w:rsidR="0068488D" w:rsidRDefault="000E0381">
            <w:pPr>
              <w:spacing w:after="0" w:line="228" w:lineRule="auto"/>
            </w:pPr>
            <w:r>
              <w:rPr>
                <w:b/>
                <w:sz w:val="18"/>
              </w:rPr>
              <w:t xml:space="preserve">52. </w:t>
            </w:r>
            <w:r>
              <w:rPr>
                <w:sz w:val="18"/>
              </w:rPr>
              <w:t>Offprice</w:t>
            </w:r>
          </w:p>
        </w:tc>
        <w:tc>
          <w:tcPr>
            <w:tcW w:w="3494" w:type="dxa"/>
            <w:tcMar>
              <w:top w:w="35" w:type="dxa"/>
              <w:left w:w="65" w:type="dxa"/>
              <w:bottom w:w="35" w:type="dxa"/>
              <w:right w:w="65" w:type="dxa"/>
            </w:tcMar>
            <w:vAlign w:val="center"/>
          </w:tcPr>
          <w:p w:rsidR="0068488D" w:rsidRDefault="000E0381">
            <w:pPr>
              <w:spacing w:after="0" w:line="228" w:lineRule="auto"/>
            </w:pPr>
            <w:r>
              <w:rPr>
                <w:b/>
                <w:sz w:val="18"/>
              </w:rPr>
              <w:t xml:space="preserve">96. </w:t>
            </w:r>
            <w:r>
              <w:rPr>
                <w:sz w:val="18"/>
              </w:rPr>
              <w:t>Диван.ру</w:t>
            </w:r>
          </w:p>
        </w:tc>
      </w:tr>
      <w:tr w:rsidR="0068488D">
        <w:trPr>
          <w:jc w:val="center"/>
        </w:trPr>
        <w:tc>
          <w:tcPr>
            <w:tcW w:w="3494" w:type="dxa"/>
            <w:tcMar>
              <w:top w:w="35" w:type="dxa"/>
              <w:left w:w="65" w:type="dxa"/>
              <w:bottom w:w="35" w:type="dxa"/>
              <w:right w:w="65" w:type="dxa"/>
            </w:tcMar>
            <w:vAlign w:val="center"/>
          </w:tcPr>
          <w:p w:rsidR="0068488D" w:rsidRDefault="000E0381">
            <w:pPr>
              <w:spacing w:after="0" w:line="228" w:lineRule="auto"/>
            </w:pPr>
            <w:r>
              <w:rPr>
                <w:b/>
                <w:sz w:val="18"/>
              </w:rPr>
              <w:t xml:space="preserve">9. </w:t>
            </w:r>
            <w:r>
              <w:rPr>
                <w:sz w:val="18"/>
              </w:rPr>
              <w:t>BK Beba Kids</w:t>
            </w:r>
          </w:p>
        </w:tc>
        <w:tc>
          <w:tcPr>
            <w:tcW w:w="3494" w:type="dxa"/>
            <w:tcMar>
              <w:top w:w="35" w:type="dxa"/>
              <w:left w:w="65" w:type="dxa"/>
              <w:bottom w:w="35" w:type="dxa"/>
              <w:right w:w="65" w:type="dxa"/>
            </w:tcMar>
            <w:vAlign w:val="center"/>
          </w:tcPr>
          <w:p w:rsidR="0068488D" w:rsidRDefault="000E0381">
            <w:pPr>
              <w:spacing w:after="0" w:line="228" w:lineRule="auto"/>
            </w:pPr>
            <w:r>
              <w:rPr>
                <w:b/>
                <w:sz w:val="18"/>
              </w:rPr>
              <w:t xml:space="preserve">53. </w:t>
            </w:r>
            <w:r>
              <w:rPr>
                <w:sz w:val="18"/>
              </w:rPr>
              <w:t>Perfume Collection</w:t>
            </w:r>
          </w:p>
        </w:tc>
        <w:tc>
          <w:tcPr>
            <w:tcW w:w="3494" w:type="dxa"/>
            <w:tcMar>
              <w:top w:w="35" w:type="dxa"/>
              <w:left w:w="65" w:type="dxa"/>
              <w:bottom w:w="35" w:type="dxa"/>
              <w:right w:w="65" w:type="dxa"/>
            </w:tcMar>
            <w:vAlign w:val="center"/>
          </w:tcPr>
          <w:p w:rsidR="0068488D" w:rsidRDefault="000E0381">
            <w:pPr>
              <w:spacing w:after="0" w:line="228" w:lineRule="auto"/>
            </w:pPr>
            <w:r>
              <w:rPr>
                <w:b/>
                <w:sz w:val="18"/>
              </w:rPr>
              <w:t xml:space="preserve">97. </w:t>
            </w:r>
            <w:r>
              <w:rPr>
                <w:sz w:val="18"/>
              </w:rPr>
              <w:t>Доктор Столетов</w:t>
            </w:r>
          </w:p>
        </w:tc>
      </w:tr>
      <w:tr w:rsidR="0068488D">
        <w:trPr>
          <w:jc w:val="center"/>
        </w:trPr>
        <w:tc>
          <w:tcPr>
            <w:tcW w:w="3494" w:type="dxa"/>
            <w:tcMar>
              <w:top w:w="35" w:type="dxa"/>
              <w:left w:w="65" w:type="dxa"/>
              <w:bottom w:w="35" w:type="dxa"/>
              <w:right w:w="65" w:type="dxa"/>
            </w:tcMar>
            <w:vAlign w:val="center"/>
          </w:tcPr>
          <w:p w:rsidR="0068488D" w:rsidRDefault="000E0381">
            <w:pPr>
              <w:spacing w:after="0" w:line="228" w:lineRule="auto"/>
            </w:pPr>
            <w:r>
              <w:rPr>
                <w:b/>
                <w:sz w:val="18"/>
              </w:rPr>
              <w:t xml:space="preserve">10. </w:t>
            </w:r>
            <w:r>
              <w:rPr>
                <w:sz w:val="18"/>
              </w:rPr>
              <w:t>Calzedonia</w:t>
            </w:r>
          </w:p>
        </w:tc>
        <w:tc>
          <w:tcPr>
            <w:tcW w:w="3494" w:type="dxa"/>
            <w:tcMar>
              <w:top w:w="35" w:type="dxa"/>
              <w:left w:w="65" w:type="dxa"/>
              <w:bottom w:w="35" w:type="dxa"/>
              <w:right w:w="65" w:type="dxa"/>
            </w:tcMar>
            <w:vAlign w:val="center"/>
          </w:tcPr>
          <w:p w:rsidR="0068488D" w:rsidRDefault="000E0381">
            <w:pPr>
              <w:spacing w:after="0" w:line="228" w:lineRule="auto"/>
            </w:pPr>
            <w:r>
              <w:rPr>
                <w:b/>
                <w:sz w:val="18"/>
              </w:rPr>
              <w:t xml:space="preserve">54. </w:t>
            </w:r>
            <w:r>
              <w:rPr>
                <w:sz w:val="18"/>
              </w:rPr>
              <w:t>Pizhon</w:t>
            </w:r>
          </w:p>
        </w:tc>
        <w:tc>
          <w:tcPr>
            <w:tcW w:w="3494" w:type="dxa"/>
            <w:tcMar>
              <w:top w:w="35" w:type="dxa"/>
              <w:left w:w="65" w:type="dxa"/>
              <w:bottom w:w="35" w:type="dxa"/>
              <w:right w:w="65" w:type="dxa"/>
            </w:tcMar>
            <w:vAlign w:val="center"/>
          </w:tcPr>
          <w:p w:rsidR="0068488D" w:rsidRDefault="000E0381">
            <w:pPr>
              <w:spacing w:after="0" w:line="228" w:lineRule="auto"/>
            </w:pPr>
            <w:r>
              <w:rPr>
                <w:b/>
                <w:sz w:val="18"/>
              </w:rPr>
              <w:t xml:space="preserve">98. </w:t>
            </w:r>
            <w:r>
              <w:rPr>
                <w:sz w:val="18"/>
              </w:rPr>
              <w:t>Домино</w:t>
            </w:r>
          </w:p>
        </w:tc>
      </w:tr>
      <w:tr w:rsidR="0068488D">
        <w:trPr>
          <w:jc w:val="center"/>
        </w:trPr>
        <w:tc>
          <w:tcPr>
            <w:tcW w:w="3494" w:type="dxa"/>
            <w:tcMar>
              <w:top w:w="35" w:type="dxa"/>
              <w:left w:w="65" w:type="dxa"/>
              <w:bottom w:w="35" w:type="dxa"/>
              <w:right w:w="65" w:type="dxa"/>
            </w:tcMar>
            <w:vAlign w:val="center"/>
          </w:tcPr>
          <w:p w:rsidR="0068488D" w:rsidRDefault="000E0381">
            <w:pPr>
              <w:spacing w:after="0" w:line="228" w:lineRule="auto"/>
            </w:pPr>
            <w:r>
              <w:rPr>
                <w:b/>
                <w:sz w:val="18"/>
              </w:rPr>
              <w:t xml:space="preserve">11. </w:t>
            </w:r>
            <w:r>
              <w:rPr>
                <w:sz w:val="18"/>
              </w:rPr>
              <w:t>Caterina Leman</w:t>
            </w:r>
          </w:p>
        </w:tc>
        <w:tc>
          <w:tcPr>
            <w:tcW w:w="3494" w:type="dxa"/>
            <w:tcMar>
              <w:top w:w="35" w:type="dxa"/>
              <w:left w:w="65" w:type="dxa"/>
              <w:bottom w:w="35" w:type="dxa"/>
              <w:right w:w="65" w:type="dxa"/>
            </w:tcMar>
            <w:vAlign w:val="center"/>
          </w:tcPr>
          <w:p w:rsidR="0068488D" w:rsidRDefault="000E0381">
            <w:pPr>
              <w:spacing w:after="0" w:line="228" w:lineRule="auto"/>
            </w:pPr>
            <w:r>
              <w:rPr>
                <w:b/>
                <w:sz w:val="18"/>
              </w:rPr>
              <w:t xml:space="preserve">55. </w:t>
            </w:r>
            <w:r>
              <w:rPr>
                <w:sz w:val="18"/>
              </w:rPr>
              <w:t>Q-store</w:t>
            </w:r>
          </w:p>
        </w:tc>
        <w:tc>
          <w:tcPr>
            <w:tcW w:w="3494" w:type="dxa"/>
            <w:tcMar>
              <w:top w:w="35" w:type="dxa"/>
              <w:left w:w="65" w:type="dxa"/>
              <w:bottom w:w="35" w:type="dxa"/>
              <w:right w:w="65" w:type="dxa"/>
            </w:tcMar>
            <w:vAlign w:val="center"/>
          </w:tcPr>
          <w:p w:rsidR="0068488D" w:rsidRDefault="000E0381">
            <w:pPr>
              <w:spacing w:after="0" w:line="228" w:lineRule="auto"/>
            </w:pPr>
            <w:r>
              <w:rPr>
                <w:b/>
                <w:sz w:val="18"/>
              </w:rPr>
              <w:t xml:space="preserve">99. </w:t>
            </w:r>
            <w:r>
              <w:rPr>
                <w:sz w:val="18"/>
              </w:rPr>
              <w:t>Домовой</w:t>
            </w:r>
          </w:p>
        </w:tc>
      </w:tr>
      <w:tr w:rsidR="0068488D">
        <w:trPr>
          <w:jc w:val="center"/>
        </w:trPr>
        <w:tc>
          <w:tcPr>
            <w:tcW w:w="3494" w:type="dxa"/>
            <w:tcMar>
              <w:top w:w="35" w:type="dxa"/>
              <w:left w:w="65" w:type="dxa"/>
              <w:bottom w:w="35" w:type="dxa"/>
              <w:right w:w="65" w:type="dxa"/>
            </w:tcMar>
            <w:vAlign w:val="center"/>
          </w:tcPr>
          <w:p w:rsidR="0068488D" w:rsidRDefault="000E0381">
            <w:pPr>
              <w:spacing w:after="0" w:line="228" w:lineRule="auto"/>
            </w:pPr>
            <w:r>
              <w:rPr>
                <w:b/>
                <w:sz w:val="18"/>
              </w:rPr>
              <w:t xml:space="preserve">12. </w:t>
            </w:r>
            <w:r>
              <w:rPr>
                <w:sz w:val="18"/>
              </w:rPr>
              <w:t>CHESTER</w:t>
            </w:r>
          </w:p>
        </w:tc>
        <w:tc>
          <w:tcPr>
            <w:tcW w:w="3494" w:type="dxa"/>
            <w:tcMar>
              <w:top w:w="35" w:type="dxa"/>
              <w:left w:w="65" w:type="dxa"/>
              <w:bottom w:w="35" w:type="dxa"/>
              <w:right w:w="65" w:type="dxa"/>
            </w:tcMar>
            <w:vAlign w:val="center"/>
          </w:tcPr>
          <w:p w:rsidR="0068488D" w:rsidRDefault="000E0381">
            <w:pPr>
              <w:spacing w:after="0" w:line="228" w:lineRule="auto"/>
            </w:pPr>
            <w:r>
              <w:rPr>
                <w:b/>
                <w:sz w:val="18"/>
              </w:rPr>
              <w:t xml:space="preserve">56. </w:t>
            </w:r>
            <w:r>
              <w:rPr>
                <w:sz w:val="18"/>
              </w:rPr>
              <w:t>Rabe</w:t>
            </w:r>
          </w:p>
        </w:tc>
        <w:tc>
          <w:tcPr>
            <w:tcW w:w="3494" w:type="dxa"/>
            <w:tcMar>
              <w:top w:w="35" w:type="dxa"/>
              <w:left w:w="65" w:type="dxa"/>
              <w:bottom w:w="35" w:type="dxa"/>
              <w:right w:w="65" w:type="dxa"/>
            </w:tcMar>
            <w:vAlign w:val="center"/>
          </w:tcPr>
          <w:p w:rsidR="0068488D" w:rsidRDefault="000E0381">
            <w:pPr>
              <w:spacing w:after="0" w:line="228" w:lineRule="auto"/>
            </w:pPr>
            <w:r>
              <w:rPr>
                <w:b/>
                <w:sz w:val="18"/>
              </w:rPr>
              <w:t xml:space="preserve">100. </w:t>
            </w:r>
            <w:r>
              <w:rPr>
                <w:sz w:val="18"/>
              </w:rPr>
              <w:t>Елизавета</w:t>
            </w:r>
          </w:p>
        </w:tc>
      </w:tr>
      <w:tr w:rsidR="0068488D">
        <w:trPr>
          <w:jc w:val="center"/>
        </w:trPr>
        <w:tc>
          <w:tcPr>
            <w:tcW w:w="3494" w:type="dxa"/>
            <w:tcMar>
              <w:top w:w="35" w:type="dxa"/>
              <w:left w:w="65" w:type="dxa"/>
              <w:bottom w:w="35" w:type="dxa"/>
              <w:right w:w="65" w:type="dxa"/>
            </w:tcMar>
            <w:vAlign w:val="center"/>
          </w:tcPr>
          <w:p w:rsidR="0068488D" w:rsidRDefault="000E0381">
            <w:pPr>
              <w:spacing w:after="0" w:line="228" w:lineRule="auto"/>
            </w:pPr>
            <w:r>
              <w:rPr>
                <w:b/>
                <w:sz w:val="18"/>
              </w:rPr>
              <w:t xml:space="preserve">13. </w:t>
            </w:r>
            <w:r>
              <w:rPr>
                <w:sz w:val="18"/>
              </w:rPr>
              <w:t>Climber</w:t>
            </w:r>
          </w:p>
        </w:tc>
        <w:tc>
          <w:tcPr>
            <w:tcW w:w="3494" w:type="dxa"/>
            <w:tcMar>
              <w:top w:w="35" w:type="dxa"/>
              <w:left w:w="65" w:type="dxa"/>
              <w:bottom w:w="35" w:type="dxa"/>
              <w:right w:w="65" w:type="dxa"/>
            </w:tcMar>
            <w:vAlign w:val="center"/>
          </w:tcPr>
          <w:p w:rsidR="0068488D" w:rsidRDefault="000E0381">
            <w:pPr>
              <w:spacing w:after="0" w:line="228" w:lineRule="auto"/>
            </w:pPr>
            <w:r>
              <w:rPr>
                <w:b/>
                <w:sz w:val="18"/>
              </w:rPr>
              <w:t xml:space="preserve">57. </w:t>
            </w:r>
            <w:r>
              <w:rPr>
                <w:sz w:val="18"/>
              </w:rPr>
              <w:t>RALF RINGER</w:t>
            </w:r>
          </w:p>
        </w:tc>
        <w:tc>
          <w:tcPr>
            <w:tcW w:w="3494" w:type="dxa"/>
            <w:tcMar>
              <w:top w:w="35" w:type="dxa"/>
              <w:left w:w="65" w:type="dxa"/>
              <w:bottom w:w="35" w:type="dxa"/>
              <w:right w:w="65" w:type="dxa"/>
            </w:tcMar>
            <w:vAlign w:val="center"/>
          </w:tcPr>
          <w:p w:rsidR="0068488D" w:rsidRDefault="000E0381">
            <w:pPr>
              <w:spacing w:after="0" w:line="228" w:lineRule="auto"/>
            </w:pPr>
            <w:r>
              <w:rPr>
                <w:b/>
                <w:sz w:val="18"/>
              </w:rPr>
              <w:t xml:space="preserve">101. </w:t>
            </w:r>
            <w:r>
              <w:rPr>
                <w:sz w:val="18"/>
              </w:rPr>
              <w:t>Елче</w:t>
            </w:r>
          </w:p>
        </w:tc>
      </w:tr>
      <w:tr w:rsidR="0068488D">
        <w:trPr>
          <w:jc w:val="center"/>
        </w:trPr>
        <w:tc>
          <w:tcPr>
            <w:tcW w:w="3494" w:type="dxa"/>
            <w:tcMar>
              <w:top w:w="35" w:type="dxa"/>
              <w:left w:w="65" w:type="dxa"/>
              <w:bottom w:w="35" w:type="dxa"/>
              <w:right w:w="65" w:type="dxa"/>
            </w:tcMar>
            <w:vAlign w:val="center"/>
          </w:tcPr>
          <w:p w:rsidR="0068488D" w:rsidRDefault="000E0381">
            <w:pPr>
              <w:spacing w:after="0" w:line="228" w:lineRule="auto"/>
            </w:pPr>
            <w:r>
              <w:rPr>
                <w:b/>
                <w:sz w:val="18"/>
              </w:rPr>
              <w:t xml:space="preserve">14. </w:t>
            </w:r>
            <w:r>
              <w:rPr>
                <w:sz w:val="18"/>
              </w:rPr>
              <w:t>COLIN'S</w:t>
            </w:r>
          </w:p>
        </w:tc>
        <w:tc>
          <w:tcPr>
            <w:tcW w:w="3494" w:type="dxa"/>
            <w:tcMar>
              <w:top w:w="35" w:type="dxa"/>
              <w:left w:w="65" w:type="dxa"/>
              <w:bottom w:w="35" w:type="dxa"/>
              <w:right w:w="65" w:type="dxa"/>
            </w:tcMar>
            <w:vAlign w:val="center"/>
          </w:tcPr>
          <w:p w:rsidR="0068488D" w:rsidRDefault="000E0381">
            <w:pPr>
              <w:spacing w:after="0" w:line="228" w:lineRule="auto"/>
            </w:pPr>
            <w:r>
              <w:rPr>
                <w:b/>
                <w:sz w:val="18"/>
              </w:rPr>
              <w:t xml:space="preserve">58. </w:t>
            </w:r>
            <w:r>
              <w:rPr>
                <w:sz w:val="18"/>
              </w:rPr>
              <w:t>Re</w:t>
            </w:r>
          </w:p>
        </w:tc>
        <w:tc>
          <w:tcPr>
            <w:tcW w:w="3494" w:type="dxa"/>
            <w:tcMar>
              <w:top w:w="35" w:type="dxa"/>
              <w:left w:w="65" w:type="dxa"/>
              <w:bottom w:w="35" w:type="dxa"/>
              <w:right w:w="65" w:type="dxa"/>
            </w:tcMar>
            <w:vAlign w:val="center"/>
          </w:tcPr>
          <w:p w:rsidR="0068488D" w:rsidRDefault="000E0381">
            <w:pPr>
              <w:spacing w:after="0" w:line="228" w:lineRule="auto"/>
            </w:pPr>
            <w:r>
              <w:rPr>
                <w:b/>
                <w:sz w:val="18"/>
              </w:rPr>
              <w:t xml:space="preserve">102. </w:t>
            </w:r>
            <w:r>
              <w:rPr>
                <w:sz w:val="18"/>
              </w:rPr>
              <w:t>Зефирный Флорист</w:t>
            </w:r>
          </w:p>
        </w:tc>
      </w:tr>
      <w:tr w:rsidR="0068488D">
        <w:trPr>
          <w:jc w:val="center"/>
        </w:trPr>
        <w:tc>
          <w:tcPr>
            <w:tcW w:w="3494" w:type="dxa"/>
            <w:tcMar>
              <w:top w:w="35" w:type="dxa"/>
              <w:left w:w="65" w:type="dxa"/>
              <w:bottom w:w="35" w:type="dxa"/>
              <w:right w:w="65" w:type="dxa"/>
            </w:tcMar>
            <w:vAlign w:val="center"/>
          </w:tcPr>
          <w:p w:rsidR="0068488D" w:rsidRDefault="000E0381">
            <w:pPr>
              <w:spacing w:after="0" w:line="228" w:lineRule="auto"/>
            </w:pPr>
            <w:r>
              <w:rPr>
                <w:b/>
                <w:sz w:val="18"/>
              </w:rPr>
              <w:t xml:space="preserve">15. </w:t>
            </w:r>
            <w:r>
              <w:rPr>
                <w:sz w:val="18"/>
              </w:rPr>
              <w:t>Cozy Home</w:t>
            </w:r>
          </w:p>
        </w:tc>
        <w:tc>
          <w:tcPr>
            <w:tcW w:w="3494" w:type="dxa"/>
            <w:tcMar>
              <w:top w:w="35" w:type="dxa"/>
              <w:left w:w="65" w:type="dxa"/>
              <w:bottom w:w="35" w:type="dxa"/>
              <w:right w:w="65" w:type="dxa"/>
            </w:tcMar>
            <w:vAlign w:val="center"/>
          </w:tcPr>
          <w:p w:rsidR="0068488D" w:rsidRDefault="000E0381">
            <w:pPr>
              <w:spacing w:after="0" w:line="228" w:lineRule="auto"/>
            </w:pPr>
            <w:r>
              <w:rPr>
                <w:b/>
                <w:sz w:val="18"/>
              </w:rPr>
              <w:t xml:space="preserve">59. </w:t>
            </w:r>
            <w:r>
              <w:rPr>
                <w:sz w:val="18"/>
              </w:rPr>
              <w:t>Rendez-Vous</w:t>
            </w:r>
          </w:p>
        </w:tc>
        <w:tc>
          <w:tcPr>
            <w:tcW w:w="3494" w:type="dxa"/>
            <w:tcMar>
              <w:top w:w="35" w:type="dxa"/>
              <w:left w:w="65" w:type="dxa"/>
              <w:bottom w:w="35" w:type="dxa"/>
              <w:right w:w="65" w:type="dxa"/>
            </w:tcMar>
            <w:vAlign w:val="center"/>
          </w:tcPr>
          <w:p w:rsidR="0068488D" w:rsidRDefault="000E0381">
            <w:pPr>
              <w:spacing w:after="0" w:line="228" w:lineRule="auto"/>
            </w:pPr>
            <w:r>
              <w:rPr>
                <w:b/>
                <w:sz w:val="18"/>
              </w:rPr>
              <w:t xml:space="preserve">103. </w:t>
            </w:r>
            <w:r>
              <w:rPr>
                <w:sz w:val="18"/>
              </w:rPr>
              <w:t>ИЛЬ ДЕ БОТЭ</w:t>
            </w:r>
          </w:p>
        </w:tc>
      </w:tr>
      <w:tr w:rsidR="0068488D">
        <w:trPr>
          <w:jc w:val="center"/>
        </w:trPr>
        <w:tc>
          <w:tcPr>
            <w:tcW w:w="3494" w:type="dxa"/>
            <w:tcMar>
              <w:top w:w="35" w:type="dxa"/>
              <w:left w:w="65" w:type="dxa"/>
              <w:bottom w:w="35" w:type="dxa"/>
              <w:right w:w="65" w:type="dxa"/>
            </w:tcMar>
            <w:vAlign w:val="center"/>
          </w:tcPr>
          <w:p w:rsidR="0068488D" w:rsidRDefault="000E0381">
            <w:pPr>
              <w:spacing w:after="0" w:line="228" w:lineRule="auto"/>
            </w:pPr>
            <w:r>
              <w:rPr>
                <w:b/>
                <w:sz w:val="18"/>
              </w:rPr>
              <w:t xml:space="preserve">16. </w:t>
            </w:r>
            <w:r>
              <w:rPr>
                <w:sz w:val="18"/>
              </w:rPr>
              <w:t>CR</w:t>
            </w:r>
          </w:p>
        </w:tc>
        <w:tc>
          <w:tcPr>
            <w:tcW w:w="3494" w:type="dxa"/>
            <w:tcMar>
              <w:top w:w="35" w:type="dxa"/>
              <w:left w:w="65" w:type="dxa"/>
              <w:bottom w:w="35" w:type="dxa"/>
              <w:right w:w="65" w:type="dxa"/>
            </w:tcMar>
            <w:vAlign w:val="center"/>
          </w:tcPr>
          <w:p w:rsidR="0068488D" w:rsidRDefault="000E0381">
            <w:pPr>
              <w:spacing w:after="0" w:line="228" w:lineRule="auto"/>
            </w:pPr>
            <w:r>
              <w:rPr>
                <w:b/>
                <w:sz w:val="18"/>
              </w:rPr>
              <w:t xml:space="preserve">60. </w:t>
            </w:r>
            <w:r>
              <w:rPr>
                <w:sz w:val="18"/>
              </w:rPr>
              <w:t>Respect</w:t>
            </w:r>
          </w:p>
        </w:tc>
        <w:tc>
          <w:tcPr>
            <w:tcW w:w="3494" w:type="dxa"/>
            <w:tcMar>
              <w:top w:w="35" w:type="dxa"/>
              <w:left w:w="65" w:type="dxa"/>
              <w:bottom w:w="35" w:type="dxa"/>
              <w:right w:w="65" w:type="dxa"/>
            </w:tcMar>
            <w:vAlign w:val="center"/>
          </w:tcPr>
          <w:p w:rsidR="0068488D" w:rsidRDefault="000E0381">
            <w:pPr>
              <w:spacing w:after="0" w:line="228" w:lineRule="auto"/>
            </w:pPr>
            <w:r>
              <w:rPr>
                <w:b/>
                <w:sz w:val="18"/>
              </w:rPr>
              <w:t xml:space="preserve">104. </w:t>
            </w:r>
            <w:r>
              <w:rPr>
                <w:sz w:val="18"/>
              </w:rPr>
              <w:t>Йес</w:t>
            </w:r>
          </w:p>
        </w:tc>
      </w:tr>
      <w:tr w:rsidR="0068488D">
        <w:trPr>
          <w:jc w:val="center"/>
        </w:trPr>
        <w:tc>
          <w:tcPr>
            <w:tcW w:w="3494" w:type="dxa"/>
            <w:tcMar>
              <w:top w:w="35" w:type="dxa"/>
              <w:left w:w="65" w:type="dxa"/>
              <w:bottom w:w="35" w:type="dxa"/>
              <w:right w:w="65" w:type="dxa"/>
            </w:tcMar>
            <w:vAlign w:val="center"/>
          </w:tcPr>
          <w:p w:rsidR="0068488D" w:rsidRDefault="000E0381">
            <w:pPr>
              <w:spacing w:after="0" w:line="228" w:lineRule="auto"/>
            </w:pPr>
            <w:r>
              <w:rPr>
                <w:b/>
                <w:sz w:val="18"/>
              </w:rPr>
              <w:t xml:space="preserve">17. </w:t>
            </w:r>
            <w:r>
              <w:rPr>
                <w:sz w:val="18"/>
              </w:rPr>
              <w:t>Crockid</w:t>
            </w:r>
          </w:p>
        </w:tc>
        <w:tc>
          <w:tcPr>
            <w:tcW w:w="3494" w:type="dxa"/>
            <w:tcMar>
              <w:top w:w="35" w:type="dxa"/>
              <w:left w:w="65" w:type="dxa"/>
              <w:bottom w:w="35" w:type="dxa"/>
              <w:right w:w="65" w:type="dxa"/>
            </w:tcMar>
            <w:vAlign w:val="center"/>
          </w:tcPr>
          <w:p w:rsidR="0068488D" w:rsidRDefault="000E0381">
            <w:pPr>
              <w:spacing w:after="0" w:line="228" w:lineRule="auto"/>
            </w:pPr>
            <w:r>
              <w:rPr>
                <w:b/>
                <w:sz w:val="18"/>
              </w:rPr>
              <w:t xml:space="preserve">61. </w:t>
            </w:r>
            <w:r>
              <w:rPr>
                <w:sz w:val="18"/>
              </w:rPr>
              <w:t>restore:</w:t>
            </w:r>
          </w:p>
        </w:tc>
        <w:tc>
          <w:tcPr>
            <w:tcW w:w="3494" w:type="dxa"/>
            <w:tcMar>
              <w:top w:w="35" w:type="dxa"/>
              <w:left w:w="65" w:type="dxa"/>
              <w:bottom w:w="35" w:type="dxa"/>
              <w:right w:w="65" w:type="dxa"/>
            </w:tcMar>
            <w:vAlign w:val="center"/>
          </w:tcPr>
          <w:p w:rsidR="0068488D" w:rsidRDefault="000E0381">
            <w:pPr>
              <w:spacing w:after="0" w:line="228" w:lineRule="auto"/>
            </w:pPr>
            <w:r>
              <w:rPr>
                <w:b/>
                <w:sz w:val="18"/>
              </w:rPr>
              <w:t xml:space="preserve">105. </w:t>
            </w:r>
            <w:r>
              <w:rPr>
                <w:sz w:val="18"/>
              </w:rPr>
              <w:t>Кантата</w:t>
            </w:r>
          </w:p>
        </w:tc>
      </w:tr>
      <w:tr w:rsidR="0068488D">
        <w:trPr>
          <w:jc w:val="center"/>
        </w:trPr>
        <w:tc>
          <w:tcPr>
            <w:tcW w:w="3494" w:type="dxa"/>
            <w:tcMar>
              <w:top w:w="35" w:type="dxa"/>
              <w:left w:w="65" w:type="dxa"/>
              <w:bottom w:w="35" w:type="dxa"/>
              <w:right w:w="65" w:type="dxa"/>
            </w:tcMar>
            <w:vAlign w:val="center"/>
          </w:tcPr>
          <w:p w:rsidR="0068488D" w:rsidRDefault="000E0381">
            <w:pPr>
              <w:spacing w:after="0" w:line="228" w:lineRule="auto"/>
            </w:pPr>
            <w:r>
              <w:rPr>
                <w:b/>
                <w:sz w:val="18"/>
              </w:rPr>
              <w:t xml:space="preserve">18. </w:t>
            </w:r>
            <w:r>
              <w:rPr>
                <w:sz w:val="18"/>
              </w:rPr>
              <w:t>DIPLOMAT</w:t>
            </w:r>
          </w:p>
        </w:tc>
        <w:tc>
          <w:tcPr>
            <w:tcW w:w="3494" w:type="dxa"/>
            <w:tcMar>
              <w:top w:w="35" w:type="dxa"/>
              <w:left w:w="65" w:type="dxa"/>
              <w:bottom w:w="35" w:type="dxa"/>
              <w:right w:w="65" w:type="dxa"/>
            </w:tcMar>
            <w:vAlign w:val="center"/>
          </w:tcPr>
          <w:p w:rsidR="0068488D" w:rsidRDefault="000E0381">
            <w:pPr>
              <w:spacing w:after="0" w:line="228" w:lineRule="auto"/>
            </w:pPr>
            <w:r>
              <w:rPr>
                <w:b/>
                <w:sz w:val="18"/>
              </w:rPr>
              <w:t xml:space="preserve">62. </w:t>
            </w:r>
            <w:r>
              <w:rPr>
                <w:sz w:val="18"/>
              </w:rPr>
              <w:t>S Parfum</w:t>
            </w:r>
          </w:p>
        </w:tc>
        <w:tc>
          <w:tcPr>
            <w:tcW w:w="3494" w:type="dxa"/>
            <w:tcMar>
              <w:top w:w="35" w:type="dxa"/>
              <w:left w:w="65" w:type="dxa"/>
              <w:bottom w:w="35" w:type="dxa"/>
              <w:right w:w="65" w:type="dxa"/>
            </w:tcMar>
            <w:vAlign w:val="center"/>
          </w:tcPr>
          <w:p w:rsidR="0068488D" w:rsidRDefault="000E0381">
            <w:pPr>
              <w:spacing w:after="0" w:line="228" w:lineRule="auto"/>
            </w:pPr>
            <w:r>
              <w:rPr>
                <w:b/>
                <w:sz w:val="18"/>
              </w:rPr>
              <w:t xml:space="preserve">106. </w:t>
            </w:r>
            <w:r>
              <w:rPr>
                <w:sz w:val="18"/>
              </w:rPr>
              <w:t>Климате</w:t>
            </w:r>
          </w:p>
        </w:tc>
      </w:tr>
      <w:tr w:rsidR="0068488D">
        <w:trPr>
          <w:jc w:val="center"/>
        </w:trPr>
        <w:tc>
          <w:tcPr>
            <w:tcW w:w="3494" w:type="dxa"/>
            <w:tcMar>
              <w:top w:w="35" w:type="dxa"/>
              <w:left w:w="65" w:type="dxa"/>
              <w:bottom w:w="35" w:type="dxa"/>
              <w:right w:w="65" w:type="dxa"/>
            </w:tcMar>
            <w:vAlign w:val="center"/>
          </w:tcPr>
          <w:p w:rsidR="0068488D" w:rsidRDefault="000E0381">
            <w:pPr>
              <w:spacing w:after="0" w:line="228" w:lineRule="auto"/>
            </w:pPr>
            <w:r>
              <w:rPr>
                <w:b/>
                <w:sz w:val="18"/>
              </w:rPr>
              <w:t xml:space="preserve">19. </w:t>
            </w:r>
            <w:r>
              <w:rPr>
                <w:sz w:val="18"/>
              </w:rPr>
              <w:t>ECCO</w:t>
            </w:r>
          </w:p>
        </w:tc>
        <w:tc>
          <w:tcPr>
            <w:tcW w:w="3494" w:type="dxa"/>
            <w:tcMar>
              <w:top w:w="35" w:type="dxa"/>
              <w:left w:w="65" w:type="dxa"/>
              <w:bottom w:w="35" w:type="dxa"/>
              <w:right w:w="65" w:type="dxa"/>
            </w:tcMar>
            <w:vAlign w:val="center"/>
          </w:tcPr>
          <w:p w:rsidR="0068488D" w:rsidRDefault="000E0381">
            <w:pPr>
              <w:spacing w:after="0" w:line="228" w:lineRule="auto"/>
            </w:pPr>
            <w:r>
              <w:rPr>
                <w:b/>
                <w:sz w:val="18"/>
              </w:rPr>
              <w:t xml:space="preserve">63. </w:t>
            </w:r>
            <w:r>
              <w:rPr>
                <w:sz w:val="18"/>
              </w:rPr>
              <w:t>Samsung</w:t>
            </w:r>
          </w:p>
        </w:tc>
        <w:tc>
          <w:tcPr>
            <w:tcW w:w="3494" w:type="dxa"/>
            <w:tcMar>
              <w:top w:w="35" w:type="dxa"/>
              <w:left w:w="65" w:type="dxa"/>
              <w:bottom w:w="35" w:type="dxa"/>
              <w:right w:w="65" w:type="dxa"/>
            </w:tcMar>
            <w:vAlign w:val="center"/>
          </w:tcPr>
          <w:p w:rsidR="0068488D" w:rsidRDefault="000E0381">
            <w:pPr>
              <w:spacing w:after="0" w:line="228" w:lineRule="auto"/>
            </w:pPr>
            <w:r>
              <w:rPr>
                <w:b/>
                <w:sz w:val="18"/>
              </w:rPr>
              <w:t xml:space="preserve">107. </w:t>
            </w:r>
            <w:r>
              <w:rPr>
                <w:sz w:val="18"/>
              </w:rPr>
              <w:t>Котофей</w:t>
            </w:r>
          </w:p>
        </w:tc>
      </w:tr>
      <w:tr w:rsidR="0068488D">
        <w:trPr>
          <w:jc w:val="center"/>
        </w:trPr>
        <w:tc>
          <w:tcPr>
            <w:tcW w:w="3494" w:type="dxa"/>
            <w:tcMar>
              <w:top w:w="35" w:type="dxa"/>
              <w:left w:w="65" w:type="dxa"/>
              <w:bottom w:w="35" w:type="dxa"/>
              <w:right w:w="65" w:type="dxa"/>
            </w:tcMar>
            <w:vAlign w:val="center"/>
          </w:tcPr>
          <w:p w:rsidR="0068488D" w:rsidRDefault="000E0381">
            <w:pPr>
              <w:spacing w:after="0" w:line="228" w:lineRule="auto"/>
            </w:pPr>
            <w:r>
              <w:rPr>
                <w:b/>
                <w:sz w:val="18"/>
              </w:rPr>
              <w:t xml:space="preserve">20. </w:t>
            </w:r>
            <w:r>
              <w:rPr>
                <w:sz w:val="18"/>
              </w:rPr>
              <w:t>Eleganzza</w:t>
            </w:r>
          </w:p>
        </w:tc>
        <w:tc>
          <w:tcPr>
            <w:tcW w:w="3494" w:type="dxa"/>
            <w:tcMar>
              <w:top w:w="35" w:type="dxa"/>
              <w:left w:w="65" w:type="dxa"/>
              <w:bottom w:w="35" w:type="dxa"/>
              <w:right w:w="65" w:type="dxa"/>
            </w:tcMar>
            <w:vAlign w:val="center"/>
          </w:tcPr>
          <w:p w:rsidR="0068488D" w:rsidRDefault="000E0381">
            <w:pPr>
              <w:spacing w:after="0" w:line="228" w:lineRule="auto"/>
            </w:pPr>
            <w:r>
              <w:rPr>
                <w:b/>
                <w:sz w:val="18"/>
              </w:rPr>
              <w:t xml:space="preserve">64. </w:t>
            </w:r>
            <w:r>
              <w:rPr>
                <w:sz w:val="18"/>
              </w:rPr>
              <w:t>Sela</w:t>
            </w:r>
          </w:p>
        </w:tc>
        <w:tc>
          <w:tcPr>
            <w:tcW w:w="3494" w:type="dxa"/>
            <w:tcMar>
              <w:top w:w="35" w:type="dxa"/>
              <w:left w:w="65" w:type="dxa"/>
              <w:bottom w:w="35" w:type="dxa"/>
              <w:right w:w="65" w:type="dxa"/>
            </w:tcMar>
            <w:vAlign w:val="center"/>
          </w:tcPr>
          <w:p w:rsidR="0068488D" w:rsidRDefault="000E0381">
            <w:pPr>
              <w:spacing w:after="0" w:line="228" w:lineRule="auto"/>
            </w:pPr>
            <w:r>
              <w:rPr>
                <w:b/>
                <w:sz w:val="18"/>
              </w:rPr>
              <w:t xml:space="preserve">108. </w:t>
            </w:r>
            <w:r>
              <w:rPr>
                <w:sz w:val="18"/>
              </w:rPr>
              <w:t>Л'Окситан</w:t>
            </w:r>
          </w:p>
        </w:tc>
      </w:tr>
      <w:tr w:rsidR="0068488D">
        <w:trPr>
          <w:jc w:val="center"/>
        </w:trPr>
        <w:tc>
          <w:tcPr>
            <w:tcW w:w="3494" w:type="dxa"/>
            <w:tcMar>
              <w:top w:w="35" w:type="dxa"/>
              <w:left w:w="65" w:type="dxa"/>
              <w:bottom w:w="35" w:type="dxa"/>
              <w:right w:w="65" w:type="dxa"/>
            </w:tcMar>
            <w:vAlign w:val="center"/>
          </w:tcPr>
          <w:p w:rsidR="0068488D" w:rsidRDefault="000E0381">
            <w:pPr>
              <w:spacing w:after="0" w:line="228" w:lineRule="auto"/>
            </w:pPr>
            <w:r>
              <w:rPr>
                <w:b/>
                <w:sz w:val="18"/>
              </w:rPr>
              <w:t xml:space="preserve">21. </w:t>
            </w:r>
            <w:r>
              <w:rPr>
                <w:sz w:val="18"/>
              </w:rPr>
              <w:t>Estel</w:t>
            </w:r>
          </w:p>
        </w:tc>
        <w:tc>
          <w:tcPr>
            <w:tcW w:w="3494" w:type="dxa"/>
            <w:tcMar>
              <w:top w:w="35" w:type="dxa"/>
              <w:left w:w="65" w:type="dxa"/>
              <w:bottom w:w="35" w:type="dxa"/>
              <w:right w:w="65" w:type="dxa"/>
            </w:tcMar>
            <w:vAlign w:val="center"/>
          </w:tcPr>
          <w:p w:rsidR="0068488D" w:rsidRDefault="000E0381">
            <w:pPr>
              <w:spacing w:after="0" w:line="228" w:lineRule="auto"/>
            </w:pPr>
            <w:r>
              <w:rPr>
                <w:b/>
                <w:sz w:val="18"/>
              </w:rPr>
              <w:t xml:space="preserve">65. </w:t>
            </w:r>
            <w:r>
              <w:rPr>
                <w:sz w:val="18"/>
              </w:rPr>
              <w:t>SnowAnn</w:t>
            </w:r>
          </w:p>
        </w:tc>
        <w:tc>
          <w:tcPr>
            <w:tcW w:w="3494" w:type="dxa"/>
            <w:tcMar>
              <w:top w:w="35" w:type="dxa"/>
              <w:left w:w="65" w:type="dxa"/>
              <w:bottom w:w="35" w:type="dxa"/>
              <w:right w:w="65" w:type="dxa"/>
            </w:tcMar>
            <w:vAlign w:val="center"/>
          </w:tcPr>
          <w:p w:rsidR="0068488D" w:rsidRDefault="000E0381">
            <w:pPr>
              <w:spacing w:after="0" w:line="228" w:lineRule="auto"/>
            </w:pPr>
            <w:r>
              <w:rPr>
                <w:b/>
                <w:sz w:val="18"/>
              </w:rPr>
              <w:t xml:space="preserve">109. </w:t>
            </w:r>
            <w:r>
              <w:rPr>
                <w:sz w:val="18"/>
              </w:rPr>
              <w:t>Лайфстайл</w:t>
            </w:r>
          </w:p>
        </w:tc>
      </w:tr>
      <w:tr w:rsidR="0068488D">
        <w:trPr>
          <w:jc w:val="center"/>
        </w:trPr>
        <w:tc>
          <w:tcPr>
            <w:tcW w:w="3494" w:type="dxa"/>
            <w:tcMar>
              <w:top w:w="35" w:type="dxa"/>
              <w:left w:w="65" w:type="dxa"/>
              <w:bottom w:w="35" w:type="dxa"/>
              <w:right w:w="65" w:type="dxa"/>
            </w:tcMar>
            <w:vAlign w:val="center"/>
          </w:tcPr>
          <w:p w:rsidR="0068488D" w:rsidRDefault="000E0381">
            <w:pPr>
              <w:spacing w:after="0" w:line="228" w:lineRule="auto"/>
            </w:pPr>
            <w:r>
              <w:rPr>
                <w:b/>
                <w:sz w:val="18"/>
              </w:rPr>
              <w:t xml:space="preserve">22. </w:t>
            </w:r>
            <w:r>
              <w:rPr>
                <w:sz w:val="18"/>
              </w:rPr>
              <w:t>ETRE</w:t>
            </w:r>
          </w:p>
        </w:tc>
        <w:tc>
          <w:tcPr>
            <w:tcW w:w="3494" w:type="dxa"/>
            <w:tcMar>
              <w:top w:w="35" w:type="dxa"/>
              <w:left w:w="65" w:type="dxa"/>
              <w:bottom w:w="35" w:type="dxa"/>
              <w:right w:w="65" w:type="dxa"/>
            </w:tcMar>
            <w:vAlign w:val="center"/>
          </w:tcPr>
          <w:p w:rsidR="0068488D" w:rsidRDefault="000E0381">
            <w:pPr>
              <w:spacing w:after="0" w:line="228" w:lineRule="auto"/>
            </w:pPr>
            <w:r>
              <w:rPr>
                <w:b/>
                <w:sz w:val="18"/>
              </w:rPr>
              <w:t xml:space="preserve">66. </w:t>
            </w:r>
            <w:r>
              <w:rPr>
                <w:sz w:val="18"/>
              </w:rPr>
              <w:t>Sokolov</w:t>
            </w:r>
          </w:p>
        </w:tc>
        <w:tc>
          <w:tcPr>
            <w:tcW w:w="3494" w:type="dxa"/>
            <w:tcMar>
              <w:top w:w="35" w:type="dxa"/>
              <w:left w:w="65" w:type="dxa"/>
              <w:bottom w:w="35" w:type="dxa"/>
              <w:right w:w="65" w:type="dxa"/>
            </w:tcMar>
            <w:vAlign w:val="center"/>
          </w:tcPr>
          <w:p w:rsidR="0068488D" w:rsidRDefault="000E0381">
            <w:pPr>
              <w:spacing w:after="0" w:line="228" w:lineRule="auto"/>
            </w:pPr>
            <w:r>
              <w:rPr>
                <w:b/>
                <w:sz w:val="18"/>
              </w:rPr>
              <w:t xml:space="preserve">110. </w:t>
            </w:r>
            <w:r>
              <w:rPr>
                <w:sz w:val="18"/>
              </w:rPr>
              <w:t>Лемана ПРО</w:t>
            </w:r>
          </w:p>
        </w:tc>
      </w:tr>
      <w:tr w:rsidR="0068488D">
        <w:trPr>
          <w:jc w:val="center"/>
        </w:trPr>
        <w:tc>
          <w:tcPr>
            <w:tcW w:w="3494" w:type="dxa"/>
            <w:tcMar>
              <w:top w:w="35" w:type="dxa"/>
              <w:left w:w="65" w:type="dxa"/>
              <w:bottom w:w="35" w:type="dxa"/>
              <w:right w:w="65" w:type="dxa"/>
            </w:tcMar>
            <w:vAlign w:val="center"/>
          </w:tcPr>
          <w:p w:rsidR="0068488D" w:rsidRDefault="000E0381">
            <w:pPr>
              <w:spacing w:after="0" w:line="228" w:lineRule="auto"/>
            </w:pPr>
            <w:r>
              <w:rPr>
                <w:b/>
                <w:sz w:val="18"/>
              </w:rPr>
              <w:t xml:space="preserve">23. </w:t>
            </w:r>
            <w:r>
              <w:rPr>
                <w:sz w:val="18"/>
              </w:rPr>
              <w:t>EVGENIA MOMENT</w:t>
            </w:r>
          </w:p>
        </w:tc>
        <w:tc>
          <w:tcPr>
            <w:tcW w:w="3494" w:type="dxa"/>
            <w:tcMar>
              <w:top w:w="35" w:type="dxa"/>
              <w:left w:w="65" w:type="dxa"/>
              <w:bottom w:w="35" w:type="dxa"/>
              <w:right w:w="65" w:type="dxa"/>
            </w:tcMar>
            <w:vAlign w:val="center"/>
          </w:tcPr>
          <w:p w:rsidR="0068488D" w:rsidRDefault="000E0381">
            <w:pPr>
              <w:spacing w:after="0" w:line="228" w:lineRule="auto"/>
            </w:pPr>
            <w:r>
              <w:rPr>
                <w:b/>
                <w:sz w:val="18"/>
              </w:rPr>
              <w:t xml:space="preserve">67. </w:t>
            </w:r>
            <w:r>
              <w:rPr>
                <w:sz w:val="18"/>
              </w:rPr>
              <w:t>Street beat</w:t>
            </w:r>
          </w:p>
        </w:tc>
        <w:tc>
          <w:tcPr>
            <w:tcW w:w="3494" w:type="dxa"/>
            <w:tcMar>
              <w:top w:w="35" w:type="dxa"/>
              <w:left w:w="65" w:type="dxa"/>
              <w:bottom w:w="35" w:type="dxa"/>
              <w:right w:w="65" w:type="dxa"/>
            </w:tcMar>
            <w:vAlign w:val="center"/>
          </w:tcPr>
          <w:p w:rsidR="0068488D" w:rsidRDefault="000E0381">
            <w:pPr>
              <w:spacing w:after="0" w:line="228" w:lineRule="auto"/>
            </w:pPr>
            <w:r>
              <w:rPr>
                <w:b/>
                <w:sz w:val="18"/>
              </w:rPr>
              <w:t xml:space="preserve">111. </w:t>
            </w:r>
            <w:r>
              <w:rPr>
                <w:sz w:val="18"/>
              </w:rPr>
              <w:t>Леонардо</w:t>
            </w:r>
          </w:p>
        </w:tc>
      </w:tr>
      <w:tr w:rsidR="0068488D">
        <w:trPr>
          <w:jc w:val="center"/>
        </w:trPr>
        <w:tc>
          <w:tcPr>
            <w:tcW w:w="3494" w:type="dxa"/>
            <w:tcMar>
              <w:top w:w="35" w:type="dxa"/>
              <w:left w:w="65" w:type="dxa"/>
              <w:bottom w:w="35" w:type="dxa"/>
              <w:right w:w="65" w:type="dxa"/>
            </w:tcMar>
            <w:vAlign w:val="center"/>
          </w:tcPr>
          <w:p w:rsidR="0068488D" w:rsidRDefault="000E0381">
            <w:pPr>
              <w:spacing w:after="0" w:line="228" w:lineRule="auto"/>
            </w:pPr>
            <w:r>
              <w:rPr>
                <w:b/>
                <w:sz w:val="18"/>
              </w:rPr>
              <w:t xml:space="preserve">24. </w:t>
            </w:r>
            <w:r>
              <w:rPr>
                <w:sz w:val="18"/>
              </w:rPr>
              <w:t>FINN FLARE</w:t>
            </w:r>
          </w:p>
        </w:tc>
        <w:tc>
          <w:tcPr>
            <w:tcW w:w="3494" w:type="dxa"/>
            <w:tcMar>
              <w:top w:w="35" w:type="dxa"/>
              <w:left w:w="65" w:type="dxa"/>
              <w:bottom w:w="35" w:type="dxa"/>
              <w:right w:w="65" w:type="dxa"/>
            </w:tcMar>
            <w:vAlign w:val="center"/>
          </w:tcPr>
          <w:p w:rsidR="0068488D" w:rsidRDefault="000E0381">
            <w:pPr>
              <w:spacing w:after="0" w:line="228" w:lineRule="auto"/>
            </w:pPr>
            <w:r>
              <w:rPr>
                <w:b/>
                <w:sz w:val="18"/>
              </w:rPr>
              <w:t xml:space="preserve">68. </w:t>
            </w:r>
            <w:r>
              <w:rPr>
                <w:sz w:val="18"/>
              </w:rPr>
              <w:t>SUNLIGHT</w:t>
            </w:r>
          </w:p>
        </w:tc>
        <w:tc>
          <w:tcPr>
            <w:tcW w:w="3494" w:type="dxa"/>
            <w:tcMar>
              <w:top w:w="35" w:type="dxa"/>
              <w:left w:w="65" w:type="dxa"/>
              <w:bottom w:w="35" w:type="dxa"/>
              <w:right w:w="65" w:type="dxa"/>
            </w:tcMar>
            <w:vAlign w:val="center"/>
          </w:tcPr>
          <w:p w:rsidR="0068488D" w:rsidRDefault="000E0381">
            <w:pPr>
              <w:spacing w:after="0" w:line="228" w:lineRule="auto"/>
            </w:pPr>
            <w:r>
              <w:rPr>
                <w:b/>
                <w:sz w:val="18"/>
              </w:rPr>
              <w:t xml:space="preserve">112. </w:t>
            </w:r>
            <w:r>
              <w:rPr>
                <w:sz w:val="18"/>
              </w:rPr>
              <w:t>М.Видео</w:t>
            </w:r>
          </w:p>
        </w:tc>
      </w:tr>
      <w:tr w:rsidR="0068488D">
        <w:trPr>
          <w:jc w:val="center"/>
        </w:trPr>
        <w:tc>
          <w:tcPr>
            <w:tcW w:w="3494" w:type="dxa"/>
            <w:tcMar>
              <w:top w:w="35" w:type="dxa"/>
              <w:left w:w="65" w:type="dxa"/>
              <w:bottom w:w="35" w:type="dxa"/>
              <w:right w:w="65" w:type="dxa"/>
            </w:tcMar>
            <w:vAlign w:val="center"/>
          </w:tcPr>
          <w:p w:rsidR="0068488D" w:rsidRDefault="000E0381">
            <w:pPr>
              <w:spacing w:after="0" w:line="228" w:lineRule="auto"/>
            </w:pPr>
            <w:r>
              <w:rPr>
                <w:b/>
                <w:sz w:val="18"/>
              </w:rPr>
              <w:t xml:space="preserve">25. </w:t>
            </w:r>
            <w:r>
              <w:rPr>
                <w:sz w:val="18"/>
              </w:rPr>
              <w:t>Fiore</w:t>
            </w:r>
          </w:p>
        </w:tc>
        <w:tc>
          <w:tcPr>
            <w:tcW w:w="3494" w:type="dxa"/>
            <w:tcMar>
              <w:top w:w="35" w:type="dxa"/>
              <w:left w:w="65" w:type="dxa"/>
              <w:bottom w:w="35" w:type="dxa"/>
              <w:right w:w="65" w:type="dxa"/>
            </w:tcMar>
            <w:vAlign w:val="center"/>
          </w:tcPr>
          <w:p w:rsidR="0068488D" w:rsidRDefault="000E0381">
            <w:pPr>
              <w:spacing w:after="0" w:line="228" w:lineRule="auto"/>
            </w:pPr>
            <w:r>
              <w:rPr>
                <w:b/>
                <w:sz w:val="18"/>
              </w:rPr>
              <w:t xml:space="preserve">69. </w:t>
            </w:r>
            <w:r>
              <w:rPr>
                <w:sz w:val="18"/>
              </w:rPr>
              <w:t>Tamaris</w:t>
            </w:r>
          </w:p>
        </w:tc>
        <w:tc>
          <w:tcPr>
            <w:tcW w:w="3494" w:type="dxa"/>
            <w:tcMar>
              <w:top w:w="35" w:type="dxa"/>
              <w:left w:w="65" w:type="dxa"/>
              <w:bottom w:w="35" w:type="dxa"/>
              <w:right w:w="65" w:type="dxa"/>
            </w:tcMar>
            <w:vAlign w:val="center"/>
          </w:tcPr>
          <w:p w:rsidR="0068488D" w:rsidRDefault="000E0381">
            <w:pPr>
              <w:spacing w:after="0" w:line="228" w:lineRule="auto"/>
            </w:pPr>
            <w:r>
              <w:rPr>
                <w:b/>
                <w:sz w:val="18"/>
              </w:rPr>
              <w:t xml:space="preserve">113. </w:t>
            </w:r>
            <w:r>
              <w:rPr>
                <w:sz w:val="18"/>
              </w:rPr>
              <w:t>Маджет</w:t>
            </w:r>
          </w:p>
        </w:tc>
      </w:tr>
      <w:tr w:rsidR="0068488D">
        <w:trPr>
          <w:jc w:val="center"/>
        </w:trPr>
        <w:tc>
          <w:tcPr>
            <w:tcW w:w="3494" w:type="dxa"/>
            <w:tcMar>
              <w:top w:w="35" w:type="dxa"/>
              <w:left w:w="65" w:type="dxa"/>
              <w:bottom w:w="35" w:type="dxa"/>
              <w:right w:w="65" w:type="dxa"/>
            </w:tcMar>
            <w:vAlign w:val="center"/>
          </w:tcPr>
          <w:p w:rsidR="0068488D" w:rsidRDefault="000E0381">
            <w:pPr>
              <w:spacing w:after="0" w:line="228" w:lineRule="auto"/>
            </w:pPr>
            <w:r>
              <w:rPr>
                <w:b/>
                <w:sz w:val="18"/>
              </w:rPr>
              <w:t xml:space="preserve">26. </w:t>
            </w:r>
            <w:r>
              <w:rPr>
                <w:sz w:val="18"/>
              </w:rPr>
              <w:t>First Fabric</w:t>
            </w:r>
          </w:p>
        </w:tc>
        <w:tc>
          <w:tcPr>
            <w:tcW w:w="3494" w:type="dxa"/>
            <w:tcMar>
              <w:top w:w="35" w:type="dxa"/>
              <w:left w:w="65" w:type="dxa"/>
              <w:bottom w:w="35" w:type="dxa"/>
              <w:right w:w="65" w:type="dxa"/>
            </w:tcMar>
            <w:vAlign w:val="center"/>
          </w:tcPr>
          <w:p w:rsidR="0068488D" w:rsidRDefault="000E0381">
            <w:pPr>
              <w:spacing w:after="0" w:line="228" w:lineRule="auto"/>
            </w:pPr>
            <w:r>
              <w:rPr>
                <w:b/>
                <w:sz w:val="18"/>
              </w:rPr>
              <w:t xml:space="preserve">70. </w:t>
            </w:r>
            <w:r>
              <w:rPr>
                <w:sz w:val="18"/>
              </w:rPr>
              <w:t>TEZENIS</w:t>
            </w:r>
          </w:p>
        </w:tc>
        <w:tc>
          <w:tcPr>
            <w:tcW w:w="3494" w:type="dxa"/>
            <w:tcMar>
              <w:top w:w="35" w:type="dxa"/>
              <w:left w:w="65" w:type="dxa"/>
              <w:bottom w:w="35" w:type="dxa"/>
              <w:right w:w="65" w:type="dxa"/>
            </w:tcMar>
            <w:vAlign w:val="center"/>
          </w:tcPr>
          <w:p w:rsidR="0068488D" w:rsidRDefault="000E0381">
            <w:pPr>
              <w:spacing w:after="0" w:line="228" w:lineRule="auto"/>
            </w:pPr>
            <w:r>
              <w:rPr>
                <w:b/>
                <w:sz w:val="18"/>
              </w:rPr>
              <w:t xml:space="preserve">114. </w:t>
            </w:r>
            <w:r>
              <w:rPr>
                <w:sz w:val="18"/>
              </w:rPr>
              <w:t>Мурано</w:t>
            </w:r>
          </w:p>
        </w:tc>
      </w:tr>
      <w:tr w:rsidR="0068488D">
        <w:trPr>
          <w:jc w:val="center"/>
        </w:trPr>
        <w:tc>
          <w:tcPr>
            <w:tcW w:w="3494" w:type="dxa"/>
            <w:tcMar>
              <w:top w:w="35" w:type="dxa"/>
              <w:left w:w="65" w:type="dxa"/>
              <w:bottom w:w="35" w:type="dxa"/>
              <w:right w:w="65" w:type="dxa"/>
            </w:tcMar>
            <w:vAlign w:val="center"/>
          </w:tcPr>
          <w:p w:rsidR="0068488D" w:rsidRDefault="000E0381">
            <w:pPr>
              <w:spacing w:after="0" w:line="228" w:lineRule="auto"/>
            </w:pPr>
            <w:r>
              <w:rPr>
                <w:b/>
                <w:sz w:val="18"/>
              </w:rPr>
              <w:t xml:space="preserve">27. </w:t>
            </w:r>
            <w:r>
              <w:rPr>
                <w:sz w:val="18"/>
              </w:rPr>
              <w:t>Garmin</w:t>
            </w:r>
          </w:p>
        </w:tc>
        <w:tc>
          <w:tcPr>
            <w:tcW w:w="3494" w:type="dxa"/>
            <w:tcMar>
              <w:top w:w="35" w:type="dxa"/>
              <w:left w:w="65" w:type="dxa"/>
              <w:bottom w:w="35" w:type="dxa"/>
              <w:right w:w="65" w:type="dxa"/>
            </w:tcMar>
            <w:vAlign w:val="center"/>
          </w:tcPr>
          <w:p w:rsidR="0068488D" w:rsidRDefault="000E0381">
            <w:pPr>
              <w:spacing w:after="0" w:line="228" w:lineRule="auto"/>
            </w:pPr>
            <w:r>
              <w:rPr>
                <w:b/>
                <w:sz w:val="18"/>
              </w:rPr>
              <w:t xml:space="preserve">71. </w:t>
            </w:r>
            <w:r>
              <w:rPr>
                <w:sz w:val="18"/>
              </w:rPr>
              <w:t>THE LABEL</w:t>
            </w:r>
          </w:p>
        </w:tc>
        <w:tc>
          <w:tcPr>
            <w:tcW w:w="3494" w:type="dxa"/>
            <w:tcMar>
              <w:top w:w="35" w:type="dxa"/>
              <w:left w:w="65" w:type="dxa"/>
              <w:bottom w:w="35" w:type="dxa"/>
              <w:right w:w="65" w:type="dxa"/>
            </w:tcMar>
            <w:vAlign w:val="center"/>
          </w:tcPr>
          <w:p w:rsidR="0068488D" w:rsidRDefault="000E0381">
            <w:pPr>
              <w:spacing w:after="0" w:line="228" w:lineRule="auto"/>
            </w:pPr>
            <w:r>
              <w:rPr>
                <w:b/>
                <w:sz w:val="18"/>
              </w:rPr>
              <w:t xml:space="preserve">115. </w:t>
            </w:r>
            <w:r>
              <w:rPr>
                <w:sz w:val="18"/>
              </w:rPr>
              <w:t>О! Эскимо</w:t>
            </w:r>
          </w:p>
        </w:tc>
      </w:tr>
      <w:tr w:rsidR="0068488D">
        <w:trPr>
          <w:jc w:val="center"/>
        </w:trPr>
        <w:tc>
          <w:tcPr>
            <w:tcW w:w="3494" w:type="dxa"/>
            <w:tcMar>
              <w:top w:w="35" w:type="dxa"/>
              <w:left w:w="65" w:type="dxa"/>
              <w:bottom w:w="35" w:type="dxa"/>
              <w:right w:w="65" w:type="dxa"/>
            </w:tcMar>
            <w:vAlign w:val="center"/>
          </w:tcPr>
          <w:p w:rsidR="0068488D" w:rsidRDefault="000E0381">
            <w:pPr>
              <w:spacing w:after="0" w:line="228" w:lineRule="auto"/>
            </w:pPr>
            <w:r>
              <w:rPr>
                <w:b/>
                <w:sz w:val="18"/>
              </w:rPr>
              <w:t xml:space="preserve">28. </w:t>
            </w:r>
            <w:r>
              <w:rPr>
                <w:sz w:val="18"/>
              </w:rPr>
              <w:t>Gerry Weber</w:t>
            </w:r>
          </w:p>
        </w:tc>
        <w:tc>
          <w:tcPr>
            <w:tcW w:w="3494" w:type="dxa"/>
            <w:tcMar>
              <w:top w:w="35" w:type="dxa"/>
              <w:left w:w="65" w:type="dxa"/>
              <w:bottom w:w="35" w:type="dxa"/>
              <w:right w:w="65" w:type="dxa"/>
            </w:tcMar>
            <w:vAlign w:val="center"/>
          </w:tcPr>
          <w:p w:rsidR="0068488D" w:rsidRDefault="000E0381">
            <w:pPr>
              <w:spacing w:after="0" w:line="228" w:lineRule="auto"/>
            </w:pPr>
            <w:r>
              <w:rPr>
                <w:b/>
                <w:sz w:val="18"/>
              </w:rPr>
              <w:t xml:space="preserve">72. </w:t>
            </w:r>
            <w:r>
              <w:rPr>
                <w:sz w:val="18"/>
              </w:rPr>
              <w:t>Tom Klaim</w:t>
            </w:r>
          </w:p>
        </w:tc>
        <w:tc>
          <w:tcPr>
            <w:tcW w:w="3494" w:type="dxa"/>
            <w:tcMar>
              <w:top w:w="35" w:type="dxa"/>
              <w:left w:w="65" w:type="dxa"/>
              <w:bottom w:w="35" w:type="dxa"/>
              <w:right w:w="65" w:type="dxa"/>
            </w:tcMar>
            <w:vAlign w:val="center"/>
          </w:tcPr>
          <w:p w:rsidR="0068488D" w:rsidRDefault="000E0381">
            <w:pPr>
              <w:spacing w:after="0" w:line="228" w:lineRule="auto"/>
            </w:pPr>
            <w:r>
              <w:rPr>
                <w:b/>
                <w:sz w:val="18"/>
              </w:rPr>
              <w:t xml:space="preserve">116. </w:t>
            </w:r>
            <w:r>
              <w:rPr>
                <w:sz w:val="18"/>
              </w:rPr>
              <w:t>ОНЛАЙН ТРЕЙД.РУ</w:t>
            </w:r>
          </w:p>
        </w:tc>
      </w:tr>
      <w:tr w:rsidR="0068488D">
        <w:trPr>
          <w:jc w:val="center"/>
        </w:trPr>
        <w:tc>
          <w:tcPr>
            <w:tcW w:w="3494" w:type="dxa"/>
            <w:tcMar>
              <w:top w:w="35" w:type="dxa"/>
              <w:left w:w="65" w:type="dxa"/>
              <w:bottom w:w="35" w:type="dxa"/>
              <w:right w:w="65" w:type="dxa"/>
            </w:tcMar>
            <w:vAlign w:val="center"/>
          </w:tcPr>
          <w:p w:rsidR="0068488D" w:rsidRDefault="000E0381">
            <w:pPr>
              <w:spacing w:after="0" w:line="228" w:lineRule="auto"/>
            </w:pPr>
            <w:r>
              <w:rPr>
                <w:b/>
                <w:sz w:val="18"/>
              </w:rPr>
              <w:t xml:space="preserve">29. </w:t>
            </w:r>
            <w:r>
              <w:rPr>
                <w:sz w:val="18"/>
              </w:rPr>
              <w:t>Glenfield</w:t>
            </w:r>
          </w:p>
        </w:tc>
        <w:tc>
          <w:tcPr>
            <w:tcW w:w="3494" w:type="dxa"/>
            <w:tcMar>
              <w:top w:w="35" w:type="dxa"/>
              <w:left w:w="65" w:type="dxa"/>
              <w:bottom w:w="35" w:type="dxa"/>
              <w:right w:w="65" w:type="dxa"/>
            </w:tcMar>
            <w:vAlign w:val="center"/>
          </w:tcPr>
          <w:p w:rsidR="0068488D" w:rsidRDefault="000E0381">
            <w:pPr>
              <w:spacing w:after="0" w:line="228" w:lineRule="auto"/>
            </w:pPr>
            <w:r>
              <w:rPr>
                <w:b/>
                <w:sz w:val="18"/>
              </w:rPr>
              <w:t xml:space="preserve">73. </w:t>
            </w:r>
            <w:r>
              <w:rPr>
                <w:sz w:val="18"/>
              </w:rPr>
              <w:t>Tom Tailor</w:t>
            </w:r>
          </w:p>
        </w:tc>
        <w:tc>
          <w:tcPr>
            <w:tcW w:w="3494" w:type="dxa"/>
            <w:tcMar>
              <w:top w:w="35" w:type="dxa"/>
              <w:left w:w="65" w:type="dxa"/>
              <w:bottom w:w="35" w:type="dxa"/>
              <w:right w:w="65" w:type="dxa"/>
            </w:tcMar>
            <w:vAlign w:val="center"/>
          </w:tcPr>
          <w:p w:rsidR="0068488D" w:rsidRDefault="000E0381">
            <w:pPr>
              <w:spacing w:after="0" w:line="228" w:lineRule="auto"/>
            </w:pPr>
            <w:r>
              <w:rPr>
                <w:b/>
                <w:sz w:val="18"/>
              </w:rPr>
              <w:t xml:space="preserve">117. </w:t>
            </w:r>
            <w:r>
              <w:rPr>
                <w:sz w:val="18"/>
              </w:rPr>
              <w:t>Пан Чемодан</w:t>
            </w:r>
          </w:p>
        </w:tc>
      </w:tr>
      <w:tr w:rsidR="0068488D">
        <w:trPr>
          <w:jc w:val="center"/>
        </w:trPr>
        <w:tc>
          <w:tcPr>
            <w:tcW w:w="3494" w:type="dxa"/>
            <w:tcMar>
              <w:top w:w="35" w:type="dxa"/>
              <w:left w:w="65" w:type="dxa"/>
              <w:bottom w:w="35" w:type="dxa"/>
              <w:right w:w="65" w:type="dxa"/>
            </w:tcMar>
            <w:vAlign w:val="center"/>
          </w:tcPr>
          <w:p w:rsidR="0068488D" w:rsidRDefault="000E0381">
            <w:pPr>
              <w:spacing w:after="0" w:line="228" w:lineRule="auto"/>
            </w:pPr>
            <w:r>
              <w:rPr>
                <w:b/>
                <w:sz w:val="18"/>
              </w:rPr>
              <w:t xml:space="preserve">30. </w:t>
            </w:r>
            <w:r>
              <w:rPr>
                <w:sz w:val="18"/>
              </w:rPr>
              <w:t>Golfstream</w:t>
            </w:r>
          </w:p>
        </w:tc>
        <w:tc>
          <w:tcPr>
            <w:tcW w:w="3494" w:type="dxa"/>
            <w:tcMar>
              <w:top w:w="35" w:type="dxa"/>
              <w:left w:w="65" w:type="dxa"/>
              <w:bottom w:w="35" w:type="dxa"/>
              <w:right w:w="65" w:type="dxa"/>
            </w:tcMar>
            <w:vAlign w:val="center"/>
          </w:tcPr>
          <w:p w:rsidR="0068488D" w:rsidRDefault="000E0381">
            <w:pPr>
              <w:spacing w:after="0" w:line="228" w:lineRule="auto"/>
            </w:pPr>
            <w:r>
              <w:rPr>
                <w:b/>
                <w:sz w:val="18"/>
              </w:rPr>
              <w:t xml:space="preserve">74. </w:t>
            </w:r>
            <w:r>
              <w:rPr>
                <w:sz w:val="18"/>
              </w:rPr>
              <w:t>Tommy Friends</w:t>
            </w:r>
          </w:p>
        </w:tc>
        <w:tc>
          <w:tcPr>
            <w:tcW w:w="3494" w:type="dxa"/>
            <w:tcMar>
              <w:top w:w="35" w:type="dxa"/>
              <w:left w:w="65" w:type="dxa"/>
              <w:bottom w:w="35" w:type="dxa"/>
              <w:right w:w="65" w:type="dxa"/>
            </w:tcMar>
            <w:vAlign w:val="center"/>
          </w:tcPr>
          <w:p w:rsidR="0068488D" w:rsidRDefault="000E0381">
            <w:pPr>
              <w:spacing w:after="0" w:line="228" w:lineRule="auto"/>
            </w:pPr>
            <w:r>
              <w:rPr>
                <w:b/>
                <w:sz w:val="18"/>
              </w:rPr>
              <w:t xml:space="preserve">118. </w:t>
            </w:r>
            <w:r>
              <w:rPr>
                <w:sz w:val="18"/>
              </w:rPr>
              <w:t>Радио Вираж</w:t>
            </w:r>
          </w:p>
        </w:tc>
      </w:tr>
      <w:tr w:rsidR="0068488D">
        <w:trPr>
          <w:jc w:val="center"/>
        </w:trPr>
        <w:tc>
          <w:tcPr>
            <w:tcW w:w="3494" w:type="dxa"/>
            <w:tcMar>
              <w:top w:w="35" w:type="dxa"/>
              <w:left w:w="65" w:type="dxa"/>
              <w:bottom w:w="35" w:type="dxa"/>
              <w:right w:w="65" w:type="dxa"/>
            </w:tcMar>
            <w:vAlign w:val="center"/>
          </w:tcPr>
          <w:p w:rsidR="0068488D" w:rsidRDefault="000E0381">
            <w:pPr>
              <w:spacing w:after="0" w:line="228" w:lineRule="auto"/>
            </w:pPr>
            <w:r>
              <w:rPr>
                <w:b/>
                <w:sz w:val="18"/>
              </w:rPr>
              <w:t xml:space="preserve">31. </w:t>
            </w:r>
            <w:r>
              <w:rPr>
                <w:sz w:val="18"/>
              </w:rPr>
              <w:t>Gulliver</w:t>
            </w:r>
          </w:p>
        </w:tc>
        <w:tc>
          <w:tcPr>
            <w:tcW w:w="3494" w:type="dxa"/>
            <w:tcMar>
              <w:top w:w="35" w:type="dxa"/>
              <w:left w:w="65" w:type="dxa"/>
              <w:bottom w:w="35" w:type="dxa"/>
              <w:right w:w="65" w:type="dxa"/>
            </w:tcMar>
            <w:vAlign w:val="center"/>
          </w:tcPr>
          <w:p w:rsidR="0068488D" w:rsidRDefault="000E0381">
            <w:pPr>
              <w:spacing w:after="0" w:line="228" w:lineRule="auto"/>
            </w:pPr>
            <w:r>
              <w:rPr>
                <w:b/>
                <w:sz w:val="18"/>
              </w:rPr>
              <w:t xml:space="preserve">75. </w:t>
            </w:r>
            <w:r>
              <w:rPr>
                <w:sz w:val="18"/>
              </w:rPr>
              <w:t>Truvor</w:t>
            </w:r>
          </w:p>
        </w:tc>
        <w:tc>
          <w:tcPr>
            <w:tcW w:w="3494" w:type="dxa"/>
            <w:tcMar>
              <w:top w:w="35" w:type="dxa"/>
              <w:left w:w="65" w:type="dxa"/>
              <w:bottom w:w="35" w:type="dxa"/>
              <w:right w:w="65" w:type="dxa"/>
            </w:tcMar>
            <w:vAlign w:val="center"/>
          </w:tcPr>
          <w:p w:rsidR="0068488D" w:rsidRDefault="000E0381">
            <w:pPr>
              <w:spacing w:after="0" w:line="228" w:lineRule="auto"/>
            </w:pPr>
            <w:r>
              <w:rPr>
                <w:b/>
                <w:sz w:val="18"/>
              </w:rPr>
              <w:t xml:space="preserve">119. </w:t>
            </w:r>
            <w:r>
              <w:rPr>
                <w:sz w:val="18"/>
              </w:rPr>
              <w:t>Русские Самоцветы</w:t>
            </w:r>
          </w:p>
        </w:tc>
      </w:tr>
      <w:tr w:rsidR="0068488D">
        <w:trPr>
          <w:jc w:val="center"/>
        </w:trPr>
        <w:tc>
          <w:tcPr>
            <w:tcW w:w="3494" w:type="dxa"/>
            <w:tcMar>
              <w:top w:w="35" w:type="dxa"/>
              <w:left w:w="65" w:type="dxa"/>
              <w:bottom w:w="35" w:type="dxa"/>
              <w:right w:w="65" w:type="dxa"/>
            </w:tcMar>
            <w:vAlign w:val="center"/>
          </w:tcPr>
          <w:p w:rsidR="0068488D" w:rsidRDefault="000E0381">
            <w:pPr>
              <w:spacing w:after="0" w:line="228" w:lineRule="auto"/>
            </w:pPr>
            <w:r>
              <w:rPr>
                <w:b/>
                <w:sz w:val="18"/>
              </w:rPr>
              <w:t xml:space="preserve">32. </w:t>
            </w:r>
            <w:r>
              <w:rPr>
                <w:sz w:val="18"/>
              </w:rPr>
              <w:t>Henderson</w:t>
            </w:r>
          </w:p>
        </w:tc>
        <w:tc>
          <w:tcPr>
            <w:tcW w:w="3494" w:type="dxa"/>
            <w:tcMar>
              <w:top w:w="35" w:type="dxa"/>
              <w:left w:w="65" w:type="dxa"/>
              <w:bottom w:w="35" w:type="dxa"/>
              <w:right w:w="65" w:type="dxa"/>
            </w:tcMar>
            <w:vAlign w:val="center"/>
          </w:tcPr>
          <w:p w:rsidR="0068488D" w:rsidRDefault="000E0381">
            <w:pPr>
              <w:spacing w:after="0" w:line="228" w:lineRule="auto"/>
            </w:pPr>
            <w:r>
              <w:rPr>
                <w:b/>
                <w:sz w:val="18"/>
              </w:rPr>
              <w:t xml:space="preserve">76. </w:t>
            </w:r>
            <w:r>
              <w:rPr>
                <w:sz w:val="18"/>
              </w:rPr>
              <w:t>VARRA&amp;Co</w:t>
            </w:r>
          </w:p>
        </w:tc>
        <w:tc>
          <w:tcPr>
            <w:tcW w:w="3494" w:type="dxa"/>
            <w:tcMar>
              <w:top w:w="35" w:type="dxa"/>
              <w:left w:w="65" w:type="dxa"/>
              <w:bottom w:w="35" w:type="dxa"/>
              <w:right w:w="65" w:type="dxa"/>
            </w:tcMar>
            <w:vAlign w:val="center"/>
          </w:tcPr>
          <w:p w:rsidR="0068488D" w:rsidRDefault="000E0381">
            <w:pPr>
              <w:spacing w:after="0" w:line="228" w:lineRule="auto"/>
            </w:pPr>
            <w:r>
              <w:rPr>
                <w:b/>
                <w:sz w:val="18"/>
              </w:rPr>
              <w:t xml:space="preserve">120. </w:t>
            </w:r>
            <w:r>
              <w:rPr>
                <w:sz w:val="18"/>
              </w:rPr>
              <w:t>Сандра Валери</w:t>
            </w:r>
          </w:p>
        </w:tc>
      </w:tr>
      <w:tr w:rsidR="0068488D">
        <w:trPr>
          <w:jc w:val="center"/>
        </w:trPr>
        <w:tc>
          <w:tcPr>
            <w:tcW w:w="3494" w:type="dxa"/>
            <w:tcMar>
              <w:top w:w="35" w:type="dxa"/>
              <w:left w:w="65" w:type="dxa"/>
              <w:bottom w:w="35" w:type="dxa"/>
              <w:right w:w="65" w:type="dxa"/>
            </w:tcMar>
            <w:vAlign w:val="center"/>
          </w:tcPr>
          <w:p w:rsidR="0068488D" w:rsidRDefault="000E0381">
            <w:pPr>
              <w:spacing w:after="0" w:line="228" w:lineRule="auto"/>
            </w:pPr>
            <w:r>
              <w:rPr>
                <w:b/>
                <w:sz w:val="18"/>
              </w:rPr>
              <w:t xml:space="preserve">33. </w:t>
            </w:r>
            <w:r>
              <w:rPr>
                <w:sz w:val="18"/>
              </w:rPr>
              <w:t>Hobby Games</w:t>
            </w:r>
          </w:p>
        </w:tc>
        <w:tc>
          <w:tcPr>
            <w:tcW w:w="3494" w:type="dxa"/>
            <w:tcMar>
              <w:top w:w="35" w:type="dxa"/>
              <w:left w:w="65" w:type="dxa"/>
              <w:bottom w:w="35" w:type="dxa"/>
              <w:right w:w="65" w:type="dxa"/>
            </w:tcMar>
            <w:vAlign w:val="center"/>
          </w:tcPr>
          <w:p w:rsidR="0068488D" w:rsidRDefault="000E0381">
            <w:pPr>
              <w:spacing w:after="0" w:line="228" w:lineRule="auto"/>
            </w:pPr>
            <w:r>
              <w:rPr>
                <w:b/>
                <w:sz w:val="18"/>
              </w:rPr>
              <w:t xml:space="preserve">77. </w:t>
            </w:r>
            <w:r>
              <w:rPr>
                <w:sz w:val="18"/>
              </w:rPr>
              <w:t>Via Vittorio</w:t>
            </w:r>
          </w:p>
        </w:tc>
        <w:tc>
          <w:tcPr>
            <w:tcW w:w="3494" w:type="dxa"/>
            <w:tcMar>
              <w:top w:w="35" w:type="dxa"/>
              <w:left w:w="65" w:type="dxa"/>
              <w:bottom w:w="35" w:type="dxa"/>
              <w:right w:w="65" w:type="dxa"/>
            </w:tcMar>
            <w:vAlign w:val="center"/>
          </w:tcPr>
          <w:p w:rsidR="0068488D" w:rsidRDefault="000E0381">
            <w:pPr>
              <w:spacing w:after="0" w:line="228" w:lineRule="auto"/>
            </w:pPr>
            <w:r>
              <w:rPr>
                <w:b/>
                <w:sz w:val="18"/>
              </w:rPr>
              <w:t xml:space="preserve">121. </w:t>
            </w:r>
            <w:r>
              <w:rPr>
                <w:sz w:val="18"/>
              </w:rPr>
              <w:t>СИ'ВИФ</w:t>
            </w:r>
          </w:p>
        </w:tc>
      </w:tr>
      <w:tr w:rsidR="0068488D">
        <w:trPr>
          <w:jc w:val="center"/>
        </w:trPr>
        <w:tc>
          <w:tcPr>
            <w:tcW w:w="3494" w:type="dxa"/>
            <w:tcMar>
              <w:top w:w="35" w:type="dxa"/>
              <w:left w:w="65" w:type="dxa"/>
              <w:bottom w:w="35" w:type="dxa"/>
              <w:right w:w="65" w:type="dxa"/>
            </w:tcMar>
            <w:vAlign w:val="center"/>
          </w:tcPr>
          <w:p w:rsidR="0068488D" w:rsidRDefault="000E0381">
            <w:pPr>
              <w:spacing w:after="0" w:line="228" w:lineRule="auto"/>
            </w:pPr>
            <w:r>
              <w:rPr>
                <w:b/>
                <w:sz w:val="18"/>
              </w:rPr>
              <w:t xml:space="preserve">34. </w:t>
            </w:r>
            <w:r>
              <w:rPr>
                <w:sz w:val="18"/>
              </w:rPr>
              <w:t>Hoff</w:t>
            </w:r>
          </w:p>
        </w:tc>
        <w:tc>
          <w:tcPr>
            <w:tcW w:w="3494" w:type="dxa"/>
            <w:tcMar>
              <w:top w:w="35" w:type="dxa"/>
              <w:left w:w="65" w:type="dxa"/>
              <w:bottom w:w="35" w:type="dxa"/>
              <w:right w:w="65" w:type="dxa"/>
            </w:tcMar>
            <w:vAlign w:val="center"/>
          </w:tcPr>
          <w:p w:rsidR="0068488D" w:rsidRDefault="000E0381">
            <w:pPr>
              <w:spacing w:after="0" w:line="228" w:lineRule="auto"/>
            </w:pPr>
            <w:r>
              <w:rPr>
                <w:b/>
                <w:sz w:val="18"/>
              </w:rPr>
              <w:t xml:space="preserve">78. </w:t>
            </w:r>
            <w:r>
              <w:rPr>
                <w:sz w:val="18"/>
              </w:rPr>
              <w:t>VOSQ</w:t>
            </w:r>
          </w:p>
        </w:tc>
        <w:tc>
          <w:tcPr>
            <w:tcW w:w="3494" w:type="dxa"/>
            <w:tcMar>
              <w:top w:w="35" w:type="dxa"/>
              <w:left w:w="65" w:type="dxa"/>
              <w:bottom w:w="35" w:type="dxa"/>
              <w:right w:w="65" w:type="dxa"/>
            </w:tcMar>
            <w:vAlign w:val="center"/>
          </w:tcPr>
          <w:p w:rsidR="0068488D" w:rsidRDefault="000E0381">
            <w:pPr>
              <w:spacing w:after="0" w:line="228" w:lineRule="auto"/>
            </w:pPr>
            <w:r>
              <w:rPr>
                <w:b/>
                <w:sz w:val="18"/>
              </w:rPr>
              <w:t xml:space="preserve">122. </w:t>
            </w:r>
            <w:r>
              <w:rPr>
                <w:sz w:val="18"/>
              </w:rPr>
              <w:t>Снежная Королева</w:t>
            </w:r>
          </w:p>
        </w:tc>
      </w:tr>
      <w:tr w:rsidR="0068488D">
        <w:trPr>
          <w:jc w:val="center"/>
        </w:trPr>
        <w:tc>
          <w:tcPr>
            <w:tcW w:w="3494" w:type="dxa"/>
            <w:tcMar>
              <w:top w:w="35" w:type="dxa"/>
              <w:left w:w="65" w:type="dxa"/>
              <w:bottom w:w="35" w:type="dxa"/>
              <w:right w:w="65" w:type="dxa"/>
            </w:tcMar>
            <w:vAlign w:val="center"/>
          </w:tcPr>
          <w:p w:rsidR="0068488D" w:rsidRDefault="000E0381">
            <w:pPr>
              <w:spacing w:after="0" w:line="228" w:lineRule="auto"/>
            </w:pPr>
            <w:r>
              <w:rPr>
                <w:b/>
                <w:sz w:val="18"/>
              </w:rPr>
              <w:t xml:space="preserve">35. </w:t>
            </w:r>
            <w:r>
              <w:rPr>
                <w:sz w:val="18"/>
              </w:rPr>
              <w:t>Intimissimi</w:t>
            </w:r>
          </w:p>
        </w:tc>
        <w:tc>
          <w:tcPr>
            <w:tcW w:w="3494" w:type="dxa"/>
            <w:tcMar>
              <w:top w:w="35" w:type="dxa"/>
              <w:left w:w="65" w:type="dxa"/>
              <w:bottom w:w="35" w:type="dxa"/>
              <w:right w:w="65" w:type="dxa"/>
            </w:tcMar>
            <w:vAlign w:val="center"/>
          </w:tcPr>
          <w:p w:rsidR="0068488D" w:rsidRDefault="000E0381">
            <w:pPr>
              <w:spacing w:after="0" w:line="228" w:lineRule="auto"/>
            </w:pPr>
            <w:r>
              <w:rPr>
                <w:b/>
                <w:sz w:val="18"/>
              </w:rPr>
              <w:t xml:space="preserve">79. </w:t>
            </w:r>
            <w:r>
              <w:rPr>
                <w:sz w:val="18"/>
              </w:rPr>
              <w:t>Women`secret</w:t>
            </w:r>
          </w:p>
        </w:tc>
        <w:tc>
          <w:tcPr>
            <w:tcW w:w="3494" w:type="dxa"/>
            <w:tcMar>
              <w:top w:w="35" w:type="dxa"/>
              <w:left w:w="65" w:type="dxa"/>
              <w:bottom w:w="35" w:type="dxa"/>
              <w:right w:w="65" w:type="dxa"/>
            </w:tcMar>
            <w:vAlign w:val="center"/>
          </w:tcPr>
          <w:p w:rsidR="0068488D" w:rsidRDefault="000E0381">
            <w:pPr>
              <w:spacing w:after="0" w:line="228" w:lineRule="auto"/>
            </w:pPr>
            <w:r>
              <w:rPr>
                <w:b/>
                <w:sz w:val="18"/>
              </w:rPr>
              <w:t xml:space="preserve">123. </w:t>
            </w:r>
            <w:r>
              <w:rPr>
                <w:sz w:val="18"/>
              </w:rPr>
              <w:t>Сплав</w:t>
            </w:r>
          </w:p>
        </w:tc>
      </w:tr>
      <w:tr w:rsidR="0068488D">
        <w:trPr>
          <w:jc w:val="center"/>
        </w:trPr>
        <w:tc>
          <w:tcPr>
            <w:tcW w:w="3494" w:type="dxa"/>
            <w:tcMar>
              <w:top w:w="35" w:type="dxa"/>
              <w:left w:w="65" w:type="dxa"/>
              <w:bottom w:w="35" w:type="dxa"/>
              <w:right w:w="65" w:type="dxa"/>
            </w:tcMar>
            <w:vAlign w:val="center"/>
          </w:tcPr>
          <w:p w:rsidR="0068488D" w:rsidRDefault="000E0381">
            <w:pPr>
              <w:spacing w:after="0" w:line="228" w:lineRule="auto"/>
            </w:pPr>
            <w:r>
              <w:rPr>
                <w:b/>
                <w:sz w:val="18"/>
              </w:rPr>
              <w:t xml:space="preserve">36. </w:t>
            </w:r>
            <w:r>
              <w:rPr>
                <w:sz w:val="18"/>
              </w:rPr>
              <w:t>istudio</w:t>
            </w:r>
          </w:p>
        </w:tc>
        <w:tc>
          <w:tcPr>
            <w:tcW w:w="3494" w:type="dxa"/>
            <w:tcMar>
              <w:top w:w="35" w:type="dxa"/>
              <w:left w:w="65" w:type="dxa"/>
              <w:bottom w:w="35" w:type="dxa"/>
              <w:right w:w="65" w:type="dxa"/>
            </w:tcMar>
            <w:vAlign w:val="center"/>
          </w:tcPr>
          <w:p w:rsidR="0068488D" w:rsidRDefault="000E0381">
            <w:pPr>
              <w:spacing w:after="0" w:line="228" w:lineRule="auto"/>
            </w:pPr>
            <w:r>
              <w:rPr>
                <w:b/>
                <w:sz w:val="18"/>
              </w:rPr>
              <w:t xml:space="preserve">80. </w:t>
            </w:r>
            <w:r>
              <w:rPr>
                <w:sz w:val="18"/>
              </w:rPr>
              <w:t>XC</w:t>
            </w:r>
          </w:p>
        </w:tc>
        <w:tc>
          <w:tcPr>
            <w:tcW w:w="3494" w:type="dxa"/>
            <w:tcMar>
              <w:top w:w="35" w:type="dxa"/>
              <w:left w:w="65" w:type="dxa"/>
              <w:bottom w:w="35" w:type="dxa"/>
              <w:right w:w="65" w:type="dxa"/>
            </w:tcMar>
            <w:vAlign w:val="center"/>
          </w:tcPr>
          <w:p w:rsidR="0068488D" w:rsidRDefault="000E0381">
            <w:pPr>
              <w:spacing w:after="0" w:line="228" w:lineRule="auto"/>
            </w:pPr>
            <w:r>
              <w:rPr>
                <w:b/>
                <w:sz w:val="18"/>
              </w:rPr>
              <w:t xml:space="preserve">124. </w:t>
            </w:r>
            <w:r>
              <w:rPr>
                <w:sz w:val="18"/>
              </w:rPr>
              <w:t>СпортмастерPRO</w:t>
            </w:r>
          </w:p>
        </w:tc>
      </w:tr>
      <w:tr w:rsidR="0068488D">
        <w:trPr>
          <w:jc w:val="center"/>
        </w:trPr>
        <w:tc>
          <w:tcPr>
            <w:tcW w:w="3494" w:type="dxa"/>
            <w:tcMar>
              <w:top w:w="35" w:type="dxa"/>
              <w:left w:w="65" w:type="dxa"/>
              <w:bottom w:w="35" w:type="dxa"/>
              <w:right w:w="65" w:type="dxa"/>
            </w:tcMar>
            <w:vAlign w:val="center"/>
          </w:tcPr>
          <w:p w:rsidR="0068488D" w:rsidRDefault="000E0381">
            <w:pPr>
              <w:spacing w:after="0" w:line="228" w:lineRule="auto"/>
            </w:pPr>
            <w:r>
              <w:rPr>
                <w:b/>
                <w:sz w:val="18"/>
              </w:rPr>
              <w:t xml:space="preserve">37. </w:t>
            </w:r>
            <w:r>
              <w:rPr>
                <w:sz w:val="18"/>
              </w:rPr>
              <w:t>IUMAN</w:t>
            </w:r>
          </w:p>
        </w:tc>
        <w:tc>
          <w:tcPr>
            <w:tcW w:w="3494" w:type="dxa"/>
            <w:tcMar>
              <w:top w:w="35" w:type="dxa"/>
              <w:left w:w="65" w:type="dxa"/>
              <w:bottom w:w="35" w:type="dxa"/>
              <w:right w:w="65" w:type="dxa"/>
            </w:tcMar>
            <w:vAlign w:val="center"/>
          </w:tcPr>
          <w:p w:rsidR="0068488D" w:rsidRDefault="000E0381">
            <w:pPr>
              <w:spacing w:after="0" w:line="228" w:lineRule="auto"/>
            </w:pPr>
            <w:r>
              <w:rPr>
                <w:b/>
                <w:sz w:val="18"/>
              </w:rPr>
              <w:t xml:space="preserve">81. </w:t>
            </w:r>
            <w:r>
              <w:rPr>
                <w:sz w:val="18"/>
              </w:rPr>
              <w:t>Xiaomi</w:t>
            </w:r>
          </w:p>
        </w:tc>
        <w:tc>
          <w:tcPr>
            <w:tcW w:w="3494" w:type="dxa"/>
            <w:tcMar>
              <w:top w:w="35" w:type="dxa"/>
              <w:left w:w="65" w:type="dxa"/>
              <w:bottom w:w="35" w:type="dxa"/>
              <w:right w:w="65" w:type="dxa"/>
            </w:tcMar>
            <w:vAlign w:val="center"/>
          </w:tcPr>
          <w:p w:rsidR="0068488D" w:rsidRDefault="000E0381">
            <w:pPr>
              <w:spacing w:after="0" w:line="228" w:lineRule="auto"/>
            </w:pPr>
            <w:r>
              <w:rPr>
                <w:b/>
                <w:sz w:val="18"/>
              </w:rPr>
              <w:t xml:space="preserve">125. </w:t>
            </w:r>
            <w:r>
              <w:rPr>
                <w:sz w:val="18"/>
              </w:rPr>
              <w:t xml:space="preserve">Столичный </w:t>
            </w:r>
            <w:r>
              <w:rPr>
                <w:sz w:val="18"/>
              </w:rPr>
              <w:t>гардероб</w:t>
            </w:r>
          </w:p>
        </w:tc>
      </w:tr>
      <w:tr w:rsidR="0068488D">
        <w:trPr>
          <w:jc w:val="center"/>
        </w:trPr>
        <w:tc>
          <w:tcPr>
            <w:tcW w:w="3494" w:type="dxa"/>
            <w:tcMar>
              <w:top w:w="35" w:type="dxa"/>
              <w:left w:w="65" w:type="dxa"/>
              <w:bottom w:w="35" w:type="dxa"/>
              <w:right w:w="65" w:type="dxa"/>
            </w:tcMar>
            <w:vAlign w:val="center"/>
          </w:tcPr>
          <w:p w:rsidR="0068488D" w:rsidRDefault="000E0381">
            <w:pPr>
              <w:spacing w:after="0" w:line="228" w:lineRule="auto"/>
            </w:pPr>
            <w:r>
              <w:rPr>
                <w:b/>
                <w:sz w:val="18"/>
              </w:rPr>
              <w:t xml:space="preserve">38. </w:t>
            </w:r>
            <w:r>
              <w:rPr>
                <w:sz w:val="18"/>
              </w:rPr>
              <w:t>JDSens</w:t>
            </w:r>
          </w:p>
        </w:tc>
        <w:tc>
          <w:tcPr>
            <w:tcW w:w="3494" w:type="dxa"/>
            <w:tcMar>
              <w:top w:w="35" w:type="dxa"/>
              <w:left w:w="65" w:type="dxa"/>
              <w:bottom w:w="35" w:type="dxa"/>
              <w:right w:w="65" w:type="dxa"/>
            </w:tcMar>
            <w:vAlign w:val="center"/>
          </w:tcPr>
          <w:p w:rsidR="0068488D" w:rsidRDefault="000E0381">
            <w:pPr>
              <w:spacing w:after="0" w:line="228" w:lineRule="auto"/>
            </w:pPr>
            <w:r>
              <w:rPr>
                <w:b/>
                <w:sz w:val="18"/>
              </w:rPr>
              <w:t xml:space="preserve">82. </w:t>
            </w:r>
            <w:r>
              <w:rPr>
                <w:sz w:val="18"/>
              </w:rPr>
              <w:t>Yves Rocher</w:t>
            </w:r>
          </w:p>
        </w:tc>
        <w:tc>
          <w:tcPr>
            <w:tcW w:w="3494" w:type="dxa"/>
            <w:tcMar>
              <w:top w:w="35" w:type="dxa"/>
              <w:left w:w="65" w:type="dxa"/>
              <w:bottom w:w="35" w:type="dxa"/>
              <w:right w:w="65" w:type="dxa"/>
            </w:tcMar>
            <w:vAlign w:val="center"/>
          </w:tcPr>
          <w:p w:rsidR="0068488D" w:rsidRDefault="000E0381">
            <w:pPr>
              <w:spacing w:after="0" w:line="228" w:lineRule="auto"/>
            </w:pPr>
            <w:r>
              <w:rPr>
                <w:b/>
                <w:sz w:val="18"/>
              </w:rPr>
              <w:t xml:space="preserve">126. </w:t>
            </w:r>
            <w:r>
              <w:rPr>
                <w:sz w:val="18"/>
              </w:rPr>
              <w:t>Счастливый взгляд</w:t>
            </w:r>
          </w:p>
        </w:tc>
      </w:tr>
      <w:tr w:rsidR="0068488D">
        <w:trPr>
          <w:jc w:val="center"/>
        </w:trPr>
        <w:tc>
          <w:tcPr>
            <w:tcW w:w="3494" w:type="dxa"/>
            <w:tcMar>
              <w:top w:w="35" w:type="dxa"/>
              <w:left w:w="65" w:type="dxa"/>
              <w:bottom w:w="35" w:type="dxa"/>
              <w:right w:w="65" w:type="dxa"/>
            </w:tcMar>
            <w:vAlign w:val="center"/>
          </w:tcPr>
          <w:p w:rsidR="0068488D" w:rsidRDefault="000E0381">
            <w:pPr>
              <w:spacing w:after="0" w:line="228" w:lineRule="auto"/>
            </w:pPr>
            <w:r>
              <w:rPr>
                <w:b/>
                <w:sz w:val="18"/>
              </w:rPr>
              <w:t xml:space="preserve">39. </w:t>
            </w:r>
            <w:r>
              <w:rPr>
                <w:sz w:val="18"/>
              </w:rPr>
              <w:t>Jeans dean</w:t>
            </w:r>
          </w:p>
        </w:tc>
        <w:tc>
          <w:tcPr>
            <w:tcW w:w="3494" w:type="dxa"/>
            <w:tcMar>
              <w:top w:w="35" w:type="dxa"/>
              <w:left w:w="65" w:type="dxa"/>
              <w:bottom w:w="35" w:type="dxa"/>
              <w:right w:w="65" w:type="dxa"/>
            </w:tcMar>
            <w:vAlign w:val="center"/>
          </w:tcPr>
          <w:p w:rsidR="0068488D" w:rsidRDefault="000E0381">
            <w:pPr>
              <w:spacing w:after="0" w:line="228" w:lineRule="auto"/>
            </w:pPr>
            <w:r>
              <w:rPr>
                <w:b/>
                <w:sz w:val="18"/>
              </w:rPr>
              <w:t xml:space="preserve">83. </w:t>
            </w:r>
            <w:r>
              <w:rPr>
                <w:sz w:val="18"/>
              </w:rPr>
              <w:t>ZARINA</w:t>
            </w:r>
          </w:p>
        </w:tc>
        <w:tc>
          <w:tcPr>
            <w:tcW w:w="3494" w:type="dxa"/>
            <w:tcMar>
              <w:top w:w="35" w:type="dxa"/>
              <w:left w:w="65" w:type="dxa"/>
              <w:bottom w:w="35" w:type="dxa"/>
              <w:right w:w="65" w:type="dxa"/>
            </w:tcMar>
            <w:vAlign w:val="center"/>
          </w:tcPr>
          <w:p w:rsidR="0068488D" w:rsidRDefault="000E0381">
            <w:pPr>
              <w:spacing w:after="0" w:line="228" w:lineRule="auto"/>
            </w:pPr>
            <w:r>
              <w:rPr>
                <w:b/>
                <w:sz w:val="18"/>
              </w:rPr>
              <w:t xml:space="preserve">127. </w:t>
            </w:r>
            <w:r>
              <w:rPr>
                <w:sz w:val="18"/>
              </w:rPr>
              <w:t>Унция</w:t>
            </w:r>
          </w:p>
        </w:tc>
      </w:tr>
      <w:tr w:rsidR="0068488D">
        <w:trPr>
          <w:jc w:val="center"/>
        </w:trPr>
        <w:tc>
          <w:tcPr>
            <w:tcW w:w="3494" w:type="dxa"/>
            <w:tcMar>
              <w:top w:w="35" w:type="dxa"/>
              <w:left w:w="65" w:type="dxa"/>
              <w:bottom w:w="35" w:type="dxa"/>
              <w:right w:w="65" w:type="dxa"/>
            </w:tcMar>
            <w:vAlign w:val="center"/>
          </w:tcPr>
          <w:p w:rsidR="0068488D" w:rsidRDefault="000E0381">
            <w:pPr>
              <w:spacing w:after="0" w:line="228" w:lineRule="auto"/>
            </w:pPr>
            <w:r>
              <w:rPr>
                <w:b/>
                <w:sz w:val="18"/>
              </w:rPr>
              <w:t xml:space="preserve">40. </w:t>
            </w:r>
            <w:r>
              <w:rPr>
                <w:sz w:val="18"/>
              </w:rPr>
              <w:t>Levi's</w:t>
            </w:r>
          </w:p>
        </w:tc>
        <w:tc>
          <w:tcPr>
            <w:tcW w:w="3494" w:type="dxa"/>
            <w:tcMar>
              <w:top w:w="35" w:type="dxa"/>
              <w:left w:w="65" w:type="dxa"/>
              <w:bottom w:w="35" w:type="dxa"/>
              <w:right w:w="65" w:type="dxa"/>
            </w:tcMar>
            <w:vAlign w:val="center"/>
          </w:tcPr>
          <w:p w:rsidR="0068488D" w:rsidRDefault="000E0381">
            <w:pPr>
              <w:spacing w:after="0" w:line="228" w:lineRule="auto"/>
            </w:pPr>
            <w:r>
              <w:rPr>
                <w:b/>
                <w:sz w:val="18"/>
              </w:rPr>
              <w:t xml:space="preserve">84. </w:t>
            </w:r>
            <w:r>
              <w:rPr>
                <w:sz w:val="18"/>
              </w:rPr>
              <w:t>ZEISS</w:t>
            </w:r>
          </w:p>
        </w:tc>
        <w:tc>
          <w:tcPr>
            <w:tcW w:w="3494" w:type="dxa"/>
            <w:tcMar>
              <w:top w:w="35" w:type="dxa"/>
              <w:left w:w="65" w:type="dxa"/>
              <w:bottom w:w="35" w:type="dxa"/>
              <w:right w:w="65" w:type="dxa"/>
            </w:tcMar>
            <w:vAlign w:val="center"/>
          </w:tcPr>
          <w:p w:rsidR="0068488D" w:rsidRDefault="000E0381">
            <w:pPr>
              <w:spacing w:after="0" w:line="228" w:lineRule="auto"/>
            </w:pPr>
            <w:r>
              <w:rPr>
                <w:b/>
                <w:sz w:val="18"/>
              </w:rPr>
              <w:t xml:space="preserve">128. </w:t>
            </w:r>
            <w:r>
              <w:rPr>
                <w:sz w:val="18"/>
              </w:rPr>
              <w:t>Часы</w:t>
            </w:r>
          </w:p>
        </w:tc>
      </w:tr>
      <w:tr w:rsidR="0068488D">
        <w:trPr>
          <w:jc w:val="center"/>
        </w:trPr>
        <w:tc>
          <w:tcPr>
            <w:tcW w:w="3494" w:type="dxa"/>
            <w:tcMar>
              <w:top w:w="35" w:type="dxa"/>
              <w:left w:w="65" w:type="dxa"/>
              <w:bottom w:w="35" w:type="dxa"/>
              <w:right w:w="65" w:type="dxa"/>
            </w:tcMar>
            <w:vAlign w:val="center"/>
          </w:tcPr>
          <w:p w:rsidR="0068488D" w:rsidRDefault="000E0381">
            <w:pPr>
              <w:spacing w:after="0" w:line="228" w:lineRule="auto"/>
            </w:pPr>
            <w:r>
              <w:rPr>
                <w:b/>
                <w:sz w:val="18"/>
              </w:rPr>
              <w:t xml:space="preserve">41. </w:t>
            </w:r>
            <w:r>
              <w:rPr>
                <w:sz w:val="18"/>
              </w:rPr>
              <w:t>LICHI</w:t>
            </w:r>
          </w:p>
        </w:tc>
        <w:tc>
          <w:tcPr>
            <w:tcW w:w="3494" w:type="dxa"/>
            <w:tcMar>
              <w:top w:w="35" w:type="dxa"/>
              <w:left w:w="65" w:type="dxa"/>
              <w:bottom w:w="35" w:type="dxa"/>
              <w:right w:w="65" w:type="dxa"/>
            </w:tcMar>
            <w:vAlign w:val="center"/>
          </w:tcPr>
          <w:p w:rsidR="0068488D" w:rsidRDefault="000E0381">
            <w:pPr>
              <w:spacing w:after="0" w:line="228" w:lineRule="auto"/>
            </w:pPr>
            <w:r>
              <w:rPr>
                <w:b/>
                <w:sz w:val="18"/>
              </w:rPr>
              <w:t xml:space="preserve">85. </w:t>
            </w:r>
            <w:r>
              <w:rPr>
                <w:sz w:val="18"/>
              </w:rPr>
              <w:t>Zinger</w:t>
            </w:r>
          </w:p>
        </w:tc>
        <w:tc>
          <w:tcPr>
            <w:tcW w:w="3494" w:type="dxa"/>
            <w:tcMar>
              <w:top w:w="35" w:type="dxa"/>
              <w:left w:w="65" w:type="dxa"/>
              <w:bottom w:w="35" w:type="dxa"/>
              <w:right w:w="65" w:type="dxa"/>
            </w:tcMar>
            <w:vAlign w:val="center"/>
          </w:tcPr>
          <w:p w:rsidR="0068488D" w:rsidRDefault="000E0381">
            <w:pPr>
              <w:spacing w:after="0" w:line="228" w:lineRule="auto"/>
            </w:pPr>
            <w:r>
              <w:rPr>
                <w:b/>
                <w:sz w:val="18"/>
              </w:rPr>
              <w:t xml:space="preserve">129. </w:t>
            </w:r>
            <w:r>
              <w:rPr>
                <w:sz w:val="18"/>
              </w:rPr>
              <w:t>Шарпей</w:t>
            </w:r>
          </w:p>
        </w:tc>
      </w:tr>
      <w:tr w:rsidR="0068488D">
        <w:trPr>
          <w:jc w:val="center"/>
        </w:trPr>
        <w:tc>
          <w:tcPr>
            <w:tcW w:w="3494" w:type="dxa"/>
            <w:tcMar>
              <w:top w:w="35" w:type="dxa"/>
              <w:left w:w="65" w:type="dxa"/>
              <w:bottom w:w="35" w:type="dxa"/>
              <w:right w:w="65" w:type="dxa"/>
            </w:tcMar>
            <w:vAlign w:val="center"/>
          </w:tcPr>
          <w:p w:rsidR="0068488D" w:rsidRDefault="000E0381">
            <w:pPr>
              <w:spacing w:after="0" w:line="228" w:lineRule="auto"/>
            </w:pPr>
            <w:r>
              <w:rPr>
                <w:b/>
                <w:sz w:val="18"/>
              </w:rPr>
              <w:lastRenderedPageBreak/>
              <w:t xml:space="preserve">42. </w:t>
            </w:r>
            <w:r>
              <w:rPr>
                <w:sz w:val="18"/>
              </w:rPr>
              <w:t>LOVE REPUBLIC</w:t>
            </w:r>
          </w:p>
        </w:tc>
        <w:tc>
          <w:tcPr>
            <w:tcW w:w="3494" w:type="dxa"/>
            <w:tcMar>
              <w:top w:w="35" w:type="dxa"/>
              <w:left w:w="65" w:type="dxa"/>
              <w:bottom w:w="35" w:type="dxa"/>
              <w:right w:w="65" w:type="dxa"/>
            </w:tcMar>
            <w:vAlign w:val="center"/>
          </w:tcPr>
          <w:p w:rsidR="0068488D" w:rsidRDefault="000E0381">
            <w:pPr>
              <w:spacing w:after="0" w:line="228" w:lineRule="auto"/>
            </w:pPr>
            <w:r>
              <w:rPr>
                <w:b/>
                <w:sz w:val="18"/>
              </w:rPr>
              <w:t xml:space="preserve">86. </w:t>
            </w:r>
            <w:r>
              <w:rPr>
                <w:sz w:val="18"/>
              </w:rPr>
              <w:t>Академия бриллиантов</w:t>
            </w:r>
          </w:p>
        </w:tc>
        <w:tc>
          <w:tcPr>
            <w:tcW w:w="3494" w:type="dxa"/>
            <w:tcMar>
              <w:top w:w="35" w:type="dxa"/>
              <w:left w:w="65" w:type="dxa"/>
              <w:bottom w:w="35" w:type="dxa"/>
              <w:right w:w="65" w:type="dxa"/>
            </w:tcMar>
            <w:vAlign w:val="center"/>
          </w:tcPr>
          <w:p w:rsidR="0068488D" w:rsidRDefault="000E0381">
            <w:pPr>
              <w:spacing w:after="0" w:line="228" w:lineRule="auto"/>
            </w:pPr>
            <w:r>
              <w:rPr>
                <w:b/>
                <w:sz w:val="18"/>
              </w:rPr>
              <w:t xml:space="preserve">130. </w:t>
            </w:r>
            <w:r>
              <w:rPr>
                <w:sz w:val="18"/>
              </w:rPr>
              <w:t>ЭММИ</w:t>
            </w:r>
          </w:p>
        </w:tc>
      </w:tr>
      <w:tr w:rsidR="0068488D">
        <w:trPr>
          <w:jc w:val="center"/>
        </w:trPr>
        <w:tc>
          <w:tcPr>
            <w:tcW w:w="3494" w:type="dxa"/>
            <w:tcMar>
              <w:top w:w="35" w:type="dxa"/>
              <w:left w:w="65" w:type="dxa"/>
              <w:bottom w:w="35" w:type="dxa"/>
              <w:right w:w="65" w:type="dxa"/>
            </w:tcMar>
            <w:vAlign w:val="center"/>
          </w:tcPr>
          <w:p w:rsidR="0068488D" w:rsidRDefault="000E0381">
            <w:pPr>
              <w:spacing w:after="0" w:line="228" w:lineRule="auto"/>
            </w:pPr>
            <w:r>
              <w:rPr>
                <w:b/>
                <w:sz w:val="18"/>
              </w:rPr>
              <w:t xml:space="preserve">43. </w:t>
            </w:r>
            <w:r>
              <w:rPr>
                <w:sz w:val="18"/>
              </w:rPr>
              <w:t>LTB</w:t>
            </w:r>
          </w:p>
        </w:tc>
        <w:tc>
          <w:tcPr>
            <w:tcW w:w="3494" w:type="dxa"/>
            <w:tcMar>
              <w:top w:w="35" w:type="dxa"/>
              <w:left w:w="65" w:type="dxa"/>
              <w:bottom w:w="35" w:type="dxa"/>
              <w:right w:w="65" w:type="dxa"/>
            </w:tcMar>
            <w:vAlign w:val="center"/>
          </w:tcPr>
          <w:p w:rsidR="0068488D" w:rsidRDefault="000E0381">
            <w:pPr>
              <w:spacing w:after="0" w:line="228" w:lineRule="auto"/>
            </w:pPr>
            <w:r>
              <w:rPr>
                <w:b/>
                <w:sz w:val="18"/>
              </w:rPr>
              <w:t xml:space="preserve">87. </w:t>
            </w:r>
            <w:r>
              <w:rPr>
                <w:sz w:val="18"/>
              </w:rPr>
              <w:t>Березка</w:t>
            </w:r>
          </w:p>
        </w:tc>
        <w:tc>
          <w:tcPr>
            <w:tcW w:w="3494" w:type="dxa"/>
            <w:tcMar>
              <w:top w:w="35" w:type="dxa"/>
              <w:left w:w="65" w:type="dxa"/>
              <w:bottom w:w="35" w:type="dxa"/>
              <w:right w:w="65" w:type="dxa"/>
            </w:tcMar>
            <w:vAlign w:val="center"/>
          </w:tcPr>
          <w:p w:rsidR="0068488D" w:rsidRDefault="000E0381">
            <w:pPr>
              <w:spacing w:after="0" w:line="228" w:lineRule="auto"/>
            </w:pPr>
            <w:r>
              <w:rPr>
                <w:b/>
                <w:sz w:val="18"/>
              </w:rPr>
              <w:t xml:space="preserve">131. </w:t>
            </w:r>
            <w:r>
              <w:rPr>
                <w:sz w:val="18"/>
              </w:rPr>
              <w:t xml:space="preserve">Эмпорио </w:t>
            </w:r>
            <w:r>
              <w:rPr>
                <w:sz w:val="18"/>
              </w:rPr>
              <w:t>тренд</w:t>
            </w:r>
          </w:p>
        </w:tc>
      </w:tr>
      <w:tr w:rsidR="0068488D">
        <w:trPr>
          <w:jc w:val="center"/>
        </w:trPr>
        <w:tc>
          <w:tcPr>
            <w:tcW w:w="3494" w:type="dxa"/>
            <w:tcMar>
              <w:top w:w="35" w:type="dxa"/>
              <w:left w:w="65" w:type="dxa"/>
              <w:bottom w:w="35" w:type="dxa"/>
              <w:right w:w="65" w:type="dxa"/>
            </w:tcMar>
            <w:vAlign w:val="center"/>
          </w:tcPr>
          <w:p w:rsidR="0068488D" w:rsidRDefault="000E0381">
            <w:pPr>
              <w:spacing w:after="0" w:line="228" w:lineRule="auto"/>
            </w:pPr>
            <w:r>
              <w:rPr>
                <w:b/>
                <w:sz w:val="18"/>
              </w:rPr>
              <w:t xml:space="preserve">44. </w:t>
            </w:r>
            <w:r>
              <w:rPr>
                <w:sz w:val="18"/>
              </w:rPr>
              <w:t>MACARONIKA</w:t>
            </w:r>
          </w:p>
        </w:tc>
        <w:tc>
          <w:tcPr>
            <w:tcW w:w="3494" w:type="dxa"/>
            <w:tcMar>
              <w:top w:w="35" w:type="dxa"/>
              <w:left w:w="65" w:type="dxa"/>
              <w:bottom w:w="35" w:type="dxa"/>
              <w:right w:w="65" w:type="dxa"/>
            </w:tcMar>
            <w:vAlign w:val="center"/>
          </w:tcPr>
          <w:p w:rsidR="0068488D" w:rsidRDefault="000E0381">
            <w:pPr>
              <w:spacing w:after="0" w:line="228" w:lineRule="auto"/>
            </w:pPr>
            <w:r>
              <w:rPr>
                <w:b/>
                <w:sz w:val="18"/>
              </w:rPr>
              <w:t xml:space="preserve">88. </w:t>
            </w:r>
            <w:r>
              <w:rPr>
                <w:sz w:val="18"/>
              </w:rPr>
              <w:t>Блэйзер</w:t>
            </w:r>
          </w:p>
        </w:tc>
        <w:tc>
          <w:tcPr>
            <w:tcW w:w="3494" w:type="dxa"/>
            <w:tcMar>
              <w:top w:w="35" w:type="dxa"/>
              <w:left w:w="65" w:type="dxa"/>
              <w:bottom w:w="35" w:type="dxa"/>
              <w:right w:w="65" w:type="dxa"/>
            </w:tcMar>
            <w:vAlign w:val="center"/>
          </w:tcPr>
          <w:p w:rsidR="0068488D" w:rsidRDefault="000E0381">
            <w:pPr>
              <w:spacing w:after="0" w:line="228" w:lineRule="auto"/>
            </w:pPr>
            <w:r>
              <w:rPr>
                <w:b/>
                <w:sz w:val="18"/>
              </w:rPr>
              <w:t xml:space="preserve">132. </w:t>
            </w:r>
            <w:r>
              <w:rPr>
                <w:sz w:val="18"/>
              </w:rPr>
              <w:t>Яркий акцент</w:t>
            </w:r>
          </w:p>
        </w:tc>
      </w:tr>
    </w:tbl>
    <w:p w:rsidR="0068488D" w:rsidRDefault="000E0381">
      <w:pPr>
        <w:spacing w:before="100" w:after="40"/>
      </w:pPr>
      <w:r>
        <w:rPr>
          <w:b/>
          <w:color w:val="5C3A2E"/>
          <w:sz w:val="24"/>
        </w:rPr>
        <w:t>2. Предприятия общественного питания CITYFOOD (36)</w:t>
      </w:r>
    </w:p>
    <w:tbl>
      <w:tblPr>
        <w:tblW w:w="0" w:type="auto"/>
        <w:jc w:val="center"/>
        <w:tblBorders>
          <w:top w:val="single" w:sz="3" w:space="0" w:color="D8CFC8"/>
          <w:left w:val="single" w:sz="3" w:space="0" w:color="D8CFC8"/>
          <w:bottom w:val="single" w:sz="3" w:space="0" w:color="D8CFC8"/>
          <w:right w:val="single" w:sz="3" w:space="0" w:color="D8CFC8"/>
          <w:insideH w:val="single" w:sz="3" w:space="0" w:color="D8CFC8"/>
          <w:insideV w:val="single" w:sz="3" w:space="0" w:color="D8CFC8"/>
        </w:tblBorders>
        <w:tblLook w:val="04A0" w:firstRow="1" w:lastRow="0" w:firstColumn="1" w:lastColumn="0" w:noHBand="0" w:noVBand="1"/>
      </w:tblPr>
      <w:tblGrid>
        <w:gridCol w:w="3492"/>
        <w:gridCol w:w="3491"/>
        <w:gridCol w:w="3491"/>
      </w:tblGrid>
      <w:tr w:rsidR="0068488D">
        <w:trPr>
          <w:jc w:val="center"/>
        </w:trPr>
        <w:tc>
          <w:tcPr>
            <w:tcW w:w="3494" w:type="dxa"/>
            <w:tcMar>
              <w:top w:w="35" w:type="dxa"/>
              <w:left w:w="65" w:type="dxa"/>
              <w:bottom w:w="35" w:type="dxa"/>
              <w:right w:w="65" w:type="dxa"/>
            </w:tcMar>
            <w:vAlign w:val="center"/>
          </w:tcPr>
          <w:p w:rsidR="0068488D" w:rsidRDefault="000E0381">
            <w:pPr>
              <w:spacing w:after="0" w:line="228" w:lineRule="auto"/>
            </w:pPr>
            <w:r>
              <w:rPr>
                <w:b/>
                <w:sz w:val="18"/>
              </w:rPr>
              <w:t xml:space="preserve">1. </w:t>
            </w:r>
            <w:r>
              <w:rPr>
                <w:sz w:val="18"/>
              </w:rPr>
              <w:t>#FARШ</w:t>
            </w:r>
          </w:p>
        </w:tc>
        <w:tc>
          <w:tcPr>
            <w:tcW w:w="3494" w:type="dxa"/>
            <w:tcMar>
              <w:top w:w="35" w:type="dxa"/>
              <w:left w:w="65" w:type="dxa"/>
              <w:bottom w:w="35" w:type="dxa"/>
              <w:right w:w="65" w:type="dxa"/>
            </w:tcMar>
            <w:vAlign w:val="center"/>
          </w:tcPr>
          <w:p w:rsidR="0068488D" w:rsidRDefault="000E0381">
            <w:pPr>
              <w:spacing w:after="0" w:line="228" w:lineRule="auto"/>
            </w:pPr>
            <w:r>
              <w:rPr>
                <w:b/>
                <w:sz w:val="18"/>
              </w:rPr>
              <w:t xml:space="preserve">13. </w:t>
            </w:r>
            <w:r>
              <w:rPr>
                <w:sz w:val="18"/>
              </w:rPr>
              <w:t>Habit</w:t>
            </w:r>
          </w:p>
        </w:tc>
        <w:tc>
          <w:tcPr>
            <w:tcW w:w="3494" w:type="dxa"/>
            <w:tcMar>
              <w:top w:w="35" w:type="dxa"/>
              <w:left w:w="65" w:type="dxa"/>
              <w:bottom w:w="35" w:type="dxa"/>
              <w:right w:w="65" w:type="dxa"/>
            </w:tcMar>
            <w:vAlign w:val="center"/>
          </w:tcPr>
          <w:p w:rsidR="0068488D" w:rsidRDefault="000E0381">
            <w:pPr>
              <w:spacing w:after="0" w:line="228" w:lineRule="auto"/>
            </w:pPr>
            <w:r>
              <w:rPr>
                <w:b/>
                <w:sz w:val="18"/>
              </w:rPr>
              <w:t xml:space="preserve">25. </w:t>
            </w:r>
            <w:r>
              <w:rPr>
                <w:sz w:val="18"/>
              </w:rPr>
              <w:t>Барслона Еда</w:t>
            </w:r>
          </w:p>
        </w:tc>
      </w:tr>
      <w:tr w:rsidR="0068488D">
        <w:trPr>
          <w:jc w:val="center"/>
        </w:trPr>
        <w:tc>
          <w:tcPr>
            <w:tcW w:w="3494" w:type="dxa"/>
            <w:tcMar>
              <w:top w:w="35" w:type="dxa"/>
              <w:left w:w="65" w:type="dxa"/>
              <w:bottom w:w="35" w:type="dxa"/>
              <w:right w:w="65" w:type="dxa"/>
            </w:tcMar>
            <w:vAlign w:val="center"/>
          </w:tcPr>
          <w:p w:rsidR="0068488D" w:rsidRDefault="000E0381">
            <w:pPr>
              <w:spacing w:after="0" w:line="228" w:lineRule="auto"/>
            </w:pPr>
            <w:r>
              <w:rPr>
                <w:b/>
                <w:sz w:val="18"/>
              </w:rPr>
              <w:t xml:space="preserve">2. </w:t>
            </w:r>
            <w:r>
              <w:rPr>
                <w:sz w:val="18"/>
              </w:rPr>
              <w:t>7 Специй</w:t>
            </w:r>
          </w:p>
        </w:tc>
        <w:tc>
          <w:tcPr>
            <w:tcW w:w="3494" w:type="dxa"/>
            <w:tcMar>
              <w:top w:w="35" w:type="dxa"/>
              <w:left w:w="65" w:type="dxa"/>
              <w:bottom w:w="35" w:type="dxa"/>
              <w:right w:w="65" w:type="dxa"/>
            </w:tcMar>
            <w:vAlign w:val="center"/>
          </w:tcPr>
          <w:p w:rsidR="0068488D" w:rsidRDefault="000E0381">
            <w:pPr>
              <w:spacing w:after="0" w:line="228" w:lineRule="auto"/>
            </w:pPr>
            <w:r>
              <w:rPr>
                <w:b/>
                <w:sz w:val="18"/>
              </w:rPr>
              <w:t xml:space="preserve">14. </w:t>
            </w:r>
            <w:r>
              <w:rPr>
                <w:sz w:val="18"/>
              </w:rPr>
              <w:t>HAGAO</w:t>
            </w:r>
          </w:p>
        </w:tc>
        <w:tc>
          <w:tcPr>
            <w:tcW w:w="3494" w:type="dxa"/>
            <w:tcMar>
              <w:top w:w="35" w:type="dxa"/>
              <w:left w:w="65" w:type="dxa"/>
              <w:bottom w:w="35" w:type="dxa"/>
              <w:right w:w="65" w:type="dxa"/>
            </w:tcMar>
            <w:vAlign w:val="center"/>
          </w:tcPr>
          <w:p w:rsidR="0068488D" w:rsidRDefault="000E0381">
            <w:pPr>
              <w:spacing w:after="0" w:line="228" w:lineRule="auto"/>
            </w:pPr>
            <w:r>
              <w:rPr>
                <w:b/>
                <w:sz w:val="18"/>
              </w:rPr>
              <w:t xml:space="preserve">26. </w:t>
            </w:r>
            <w:r>
              <w:rPr>
                <w:sz w:val="18"/>
              </w:rPr>
              <w:t>Бюро</w:t>
            </w:r>
          </w:p>
        </w:tc>
      </w:tr>
      <w:tr w:rsidR="0068488D">
        <w:trPr>
          <w:jc w:val="center"/>
        </w:trPr>
        <w:tc>
          <w:tcPr>
            <w:tcW w:w="3494" w:type="dxa"/>
            <w:tcMar>
              <w:top w:w="35" w:type="dxa"/>
              <w:left w:w="65" w:type="dxa"/>
              <w:bottom w:w="35" w:type="dxa"/>
              <w:right w:w="65" w:type="dxa"/>
            </w:tcMar>
            <w:vAlign w:val="center"/>
          </w:tcPr>
          <w:p w:rsidR="0068488D" w:rsidRDefault="000E0381">
            <w:pPr>
              <w:spacing w:after="0" w:line="228" w:lineRule="auto"/>
            </w:pPr>
            <w:r>
              <w:rPr>
                <w:b/>
                <w:sz w:val="18"/>
              </w:rPr>
              <w:t xml:space="preserve">3. </w:t>
            </w:r>
            <w:r>
              <w:rPr>
                <w:sz w:val="18"/>
              </w:rPr>
              <w:t>Beer Addicts Syndicate</w:t>
            </w:r>
          </w:p>
        </w:tc>
        <w:tc>
          <w:tcPr>
            <w:tcW w:w="3494" w:type="dxa"/>
            <w:tcMar>
              <w:top w:w="35" w:type="dxa"/>
              <w:left w:w="65" w:type="dxa"/>
              <w:bottom w:w="35" w:type="dxa"/>
              <w:right w:w="65" w:type="dxa"/>
            </w:tcMar>
            <w:vAlign w:val="center"/>
          </w:tcPr>
          <w:p w:rsidR="0068488D" w:rsidRDefault="000E0381">
            <w:pPr>
              <w:spacing w:after="0" w:line="228" w:lineRule="auto"/>
            </w:pPr>
            <w:r>
              <w:rPr>
                <w:b/>
                <w:sz w:val="18"/>
              </w:rPr>
              <w:t xml:space="preserve">15. </w:t>
            </w:r>
            <w:r>
              <w:rPr>
                <w:sz w:val="18"/>
              </w:rPr>
              <w:t>IKIGAI</w:t>
            </w:r>
          </w:p>
        </w:tc>
        <w:tc>
          <w:tcPr>
            <w:tcW w:w="3494" w:type="dxa"/>
            <w:tcMar>
              <w:top w:w="35" w:type="dxa"/>
              <w:left w:w="65" w:type="dxa"/>
              <w:bottom w:w="35" w:type="dxa"/>
              <w:right w:w="65" w:type="dxa"/>
            </w:tcMar>
            <w:vAlign w:val="center"/>
          </w:tcPr>
          <w:p w:rsidR="0068488D" w:rsidRDefault="000E0381">
            <w:pPr>
              <w:spacing w:after="0" w:line="228" w:lineRule="auto"/>
            </w:pPr>
            <w:r>
              <w:rPr>
                <w:b/>
                <w:sz w:val="18"/>
              </w:rPr>
              <w:t xml:space="preserve">27. </w:t>
            </w:r>
            <w:r>
              <w:rPr>
                <w:sz w:val="18"/>
              </w:rPr>
              <w:t>Вкусно — и точка</w:t>
            </w:r>
          </w:p>
        </w:tc>
      </w:tr>
      <w:tr w:rsidR="0068488D">
        <w:trPr>
          <w:jc w:val="center"/>
        </w:trPr>
        <w:tc>
          <w:tcPr>
            <w:tcW w:w="3494" w:type="dxa"/>
            <w:tcMar>
              <w:top w:w="35" w:type="dxa"/>
              <w:left w:w="65" w:type="dxa"/>
              <w:bottom w:w="35" w:type="dxa"/>
              <w:right w:w="65" w:type="dxa"/>
            </w:tcMar>
            <w:vAlign w:val="center"/>
          </w:tcPr>
          <w:p w:rsidR="0068488D" w:rsidRDefault="000E0381">
            <w:pPr>
              <w:spacing w:after="0" w:line="228" w:lineRule="auto"/>
            </w:pPr>
            <w:r>
              <w:rPr>
                <w:b/>
                <w:sz w:val="18"/>
              </w:rPr>
              <w:t xml:space="preserve">4. </w:t>
            </w:r>
            <w:r>
              <w:rPr>
                <w:sz w:val="18"/>
              </w:rPr>
              <w:t>Bento</w:t>
            </w:r>
          </w:p>
        </w:tc>
        <w:tc>
          <w:tcPr>
            <w:tcW w:w="3494" w:type="dxa"/>
            <w:tcMar>
              <w:top w:w="35" w:type="dxa"/>
              <w:left w:w="65" w:type="dxa"/>
              <w:bottom w:w="35" w:type="dxa"/>
              <w:right w:w="65" w:type="dxa"/>
            </w:tcMar>
            <w:vAlign w:val="center"/>
          </w:tcPr>
          <w:p w:rsidR="0068488D" w:rsidRDefault="000E0381">
            <w:pPr>
              <w:spacing w:after="0" w:line="228" w:lineRule="auto"/>
            </w:pPr>
            <w:r>
              <w:rPr>
                <w:b/>
                <w:sz w:val="18"/>
              </w:rPr>
              <w:t xml:space="preserve">16. </w:t>
            </w:r>
            <w:r>
              <w:rPr>
                <w:sz w:val="18"/>
              </w:rPr>
              <w:t>JOLY WOO</w:t>
            </w:r>
          </w:p>
        </w:tc>
        <w:tc>
          <w:tcPr>
            <w:tcW w:w="3494" w:type="dxa"/>
            <w:tcMar>
              <w:top w:w="35" w:type="dxa"/>
              <w:left w:w="65" w:type="dxa"/>
              <w:bottom w:w="35" w:type="dxa"/>
              <w:right w:w="65" w:type="dxa"/>
            </w:tcMar>
            <w:vAlign w:val="center"/>
          </w:tcPr>
          <w:p w:rsidR="0068488D" w:rsidRDefault="000E0381">
            <w:pPr>
              <w:spacing w:after="0" w:line="228" w:lineRule="auto"/>
            </w:pPr>
            <w:r>
              <w:rPr>
                <w:b/>
                <w:sz w:val="18"/>
              </w:rPr>
              <w:t xml:space="preserve">28. </w:t>
            </w:r>
            <w:r>
              <w:rPr>
                <w:sz w:val="18"/>
              </w:rPr>
              <w:t>Забыли Сахар</w:t>
            </w:r>
          </w:p>
        </w:tc>
      </w:tr>
      <w:tr w:rsidR="0068488D">
        <w:trPr>
          <w:jc w:val="center"/>
        </w:trPr>
        <w:tc>
          <w:tcPr>
            <w:tcW w:w="3494" w:type="dxa"/>
            <w:tcMar>
              <w:top w:w="35" w:type="dxa"/>
              <w:left w:w="65" w:type="dxa"/>
              <w:bottom w:w="35" w:type="dxa"/>
              <w:right w:w="65" w:type="dxa"/>
            </w:tcMar>
            <w:vAlign w:val="center"/>
          </w:tcPr>
          <w:p w:rsidR="0068488D" w:rsidRDefault="000E0381">
            <w:pPr>
              <w:spacing w:after="0" w:line="228" w:lineRule="auto"/>
            </w:pPr>
            <w:r>
              <w:rPr>
                <w:b/>
                <w:sz w:val="18"/>
              </w:rPr>
              <w:t xml:space="preserve">5. </w:t>
            </w:r>
            <w:r>
              <w:rPr>
                <w:sz w:val="18"/>
              </w:rPr>
              <w:t>Bratski</w:t>
            </w:r>
          </w:p>
        </w:tc>
        <w:tc>
          <w:tcPr>
            <w:tcW w:w="3494" w:type="dxa"/>
            <w:tcMar>
              <w:top w:w="35" w:type="dxa"/>
              <w:left w:w="65" w:type="dxa"/>
              <w:bottom w:w="35" w:type="dxa"/>
              <w:right w:w="65" w:type="dxa"/>
            </w:tcMar>
            <w:vAlign w:val="center"/>
          </w:tcPr>
          <w:p w:rsidR="0068488D" w:rsidRDefault="000E0381">
            <w:pPr>
              <w:spacing w:after="0" w:line="228" w:lineRule="auto"/>
            </w:pPr>
            <w:r>
              <w:rPr>
                <w:b/>
                <w:sz w:val="18"/>
              </w:rPr>
              <w:t xml:space="preserve">17. </w:t>
            </w:r>
            <w:r>
              <w:rPr>
                <w:sz w:val="18"/>
              </w:rPr>
              <w:t>MAMO</w:t>
            </w:r>
          </w:p>
        </w:tc>
        <w:tc>
          <w:tcPr>
            <w:tcW w:w="3494" w:type="dxa"/>
            <w:tcMar>
              <w:top w:w="35" w:type="dxa"/>
              <w:left w:w="65" w:type="dxa"/>
              <w:bottom w:w="35" w:type="dxa"/>
              <w:right w:w="65" w:type="dxa"/>
            </w:tcMar>
            <w:vAlign w:val="center"/>
          </w:tcPr>
          <w:p w:rsidR="0068488D" w:rsidRDefault="000E0381">
            <w:pPr>
              <w:spacing w:after="0" w:line="228" w:lineRule="auto"/>
            </w:pPr>
            <w:r>
              <w:rPr>
                <w:b/>
                <w:sz w:val="18"/>
              </w:rPr>
              <w:t xml:space="preserve">29. </w:t>
            </w:r>
            <w:r>
              <w:rPr>
                <w:sz w:val="18"/>
              </w:rPr>
              <w:t>Кореана Light</w:t>
            </w:r>
          </w:p>
        </w:tc>
      </w:tr>
      <w:tr w:rsidR="0068488D">
        <w:trPr>
          <w:jc w:val="center"/>
        </w:trPr>
        <w:tc>
          <w:tcPr>
            <w:tcW w:w="3494" w:type="dxa"/>
            <w:tcMar>
              <w:top w:w="35" w:type="dxa"/>
              <w:left w:w="65" w:type="dxa"/>
              <w:bottom w:w="35" w:type="dxa"/>
              <w:right w:w="65" w:type="dxa"/>
            </w:tcMar>
            <w:vAlign w:val="center"/>
          </w:tcPr>
          <w:p w:rsidR="0068488D" w:rsidRDefault="000E0381">
            <w:pPr>
              <w:spacing w:after="0" w:line="228" w:lineRule="auto"/>
            </w:pPr>
            <w:r>
              <w:rPr>
                <w:b/>
                <w:sz w:val="18"/>
              </w:rPr>
              <w:t xml:space="preserve">6. </w:t>
            </w:r>
            <w:r>
              <w:rPr>
                <w:sz w:val="18"/>
              </w:rPr>
              <w:t>Californication</w:t>
            </w:r>
          </w:p>
        </w:tc>
        <w:tc>
          <w:tcPr>
            <w:tcW w:w="3494" w:type="dxa"/>
            <w:tcMar>
              <w:top w:w="35" w:type="dxa"/>
              <w:left w:w="65" w:type="dxa"/>
              <w:bottom w:w="35" w:type="dxa"/>
              <w:right w:w="65" w:type="dxa"/>
            </w:tcMar>
            <w:vAlign w:val="center"/>
          </w:tcPr>
          <w:p w:rsidR="0068488D" w:rsidRDefault="000E0381">
            <w:pPr>
              <w:spacing w:after="0" w:line="228" w:lineRule="auto"/>
            </w:pPr>
            <w:r>
              <w:rPr>
                <w:b/>
                <w:sz w:val="18"/>
              </w:rPr>
              <w:t xml:space="preserve">18. </w:t>
            </w:r>
            <w:r>
              <w:rPr>
                <w:sz w:val="18"/>
              </w:rPr>
              <w:t>Ngon</w:t>
            </w:r>
          </w:p>
        </w:tc>
        <w:tc>
          <w:tcPr>
            <w:tcW w:w="3494" w:type="dxa"/>
            <w:tcMar>
              <w:top w:w="35" w:type="dxa"/>
              <w:left w:w="65" w:type="dxa"/>
              <w:bottom w:w="35" w:type="dxa"/>
              <w:right w:w="65" w:type="dxa"/>
            </w:tcMar>
            <w:vAlign w:val="center"/>
          </w:tcPr>
          <w:p w:rsidR="0068488D" w:rsidRDefault="000E0381">
            <w:pPr>
              <w:spacing w:after="0" w:line="228" w:lineRule="auto"/>
            </w:pPr>
            <w:r>
              <w:rPr>
                <w:b/>
                <w:sz w:val="18"/>
              </w:rPr>
              <w:t xml:space="preserve">30. </w:t>
            </w:r>
            <w:r>
              <w:rPr>
                <w:sz w:val="18"/>
              </w:rPr>
              <w:t>Крымские Чебуреки</w:t>
            </w:r>
          </w:p>
        </w:tc>
      </w:tr>
      <w:tr w:rsidR="0068488D">
        <w:trPr>
          <w:jc w:val="center"/>
        </w:trPr>
        <w:tc>
          <w:tcPr>
            <w:tcW w:w="3494" w:type="dxa"/>
            <w:tcMar>
              <w:top w:w="35" w:type="dxa"/>
              <w:left w:w="65" w:type="dxa"/>
              <w:bottom w:w="35" w:type="dxa"/>
              <w:right w:w="65" w:type="dxa"/>
            </w:tcMar>
            <w:vAlign w:val="center"/>
          </w:tcPr>
          <w:p w:rsidR="0068488D" w:rsidRDefault="000E0381">
            <w:pPr>
              <w:spacing w:after="0" w:line="228" w:lineRule="auto"/>
            </w:pPr>
            <w:r>
              <w:rPr>
                <w:b/>
                <w:sz w:val="18"/>
              </w:rPr>
              <w:t xml:space="preserve">7. </w:t>
            </w:r>
            <w:r>
              <w:rPr>
                <w:sz w:val="18"/>
              </w:rPr>
              <w:t>Chang</w:t>
            </w:r>
          </w:p>
        </w:tc>
        <w:tc>
          <w:tcPr>
            <w:tcW w:w="3494" w:type="dxa"/>
            <w:tcMar>
              <w:top w:w="35" w:type="dxa"/>
              <w:left w:w="65" w:type="dxa"/>
              <w:bottom w:w="35" w:type="dxa"/>
              <w:right w:w="65" w:type="dxa"/>
            </w:tcMar>
            <w:vAlign w:val="center"/>
          </w:tcPr>
          <w:p w:rsidR="0068488D" w:rsidRDefault="000E0381">
            <w:pPr>
              <w:spacing w:after="0" w:line="228" w:lineRule="auto"/>
            </w:pPr>
            <w:r>
              <w:rPr>
                <w:b/>
                <w:sz w:val="18"/>
              </w:rPr>
              <w:t xml:space="preserve">19. </w:t>
            </w:r>
            <w:r>
              <w:rPr>
                <w:sz w:val="18"/>
              </w:rPr>
              <w:t>OSSU</w:t>
            </w:r>
          </w:p>
        </w:tc>
        <w:tc>
          <w:tcPr>
            <w:tcW w:w="3494" w:type="dxa"/>
            <w:tcMar>
              <w:top w:w="35" w:type="dxa"/>
              <w:left w:w="65" w:type="dxa"/>
              <w:bottom w:w="35" w:type="dxa"/>
              <w:right w:w="65" w:type="dxa"/>
            </w:tcMar>
            <w:vAlign w:val="center"/>
          </w:tcPr>
          <w:p w:rsidR="0068488D" w:rsidRDefault="000E0381">
            <w:pPr>
              <w:spacing w:after="0" w:line="228" w:lineRule="auto"/>
            </w:pPr>
            <w:r>
              <w:rPr>
                <w:b/>
                <w:sz w:val="18"/>
              </w:rPr>
              <w:t xml:space="preserve">31. </w:t>
            </w:r>
            <w:r>
              <w:rPr>
                <w:sz w:val="18"/>
              </w:rPr>
              <w:t>Лепим и варим</w:t>
            </w:r>
          </w:p>
        </w:tc>
      </w:tr>
      <w:tr w:rsidR="0068488D">
        <w:trPr>
          <w:jc w:val="center"/>
        </w:trPr>
        <w:tc>
          <w:tcPr>
            <w:tcW w:w="3494" w:type="dxa"/>
            <w:tcMar>
              <w:top w:w="35" w:type="dxa"/>
              <w:left w:w="65" w:type="dxa"/>
              <w:bottom w:w="35" w:type="dxa"/>
              <w:right w:w="65" w:type="dxa"/>
            </w:tcMar>
            <w:vAlign w:val="center"/>
          </w:tcPr>
          <w:p w:rsidR="0068488D" w:rsidRDefault="000E0381">
            <w:pPr>
              <w:spacing w:after="0" w:line="228" w:lineRule="auto"/>
            </w:pPr>
            <w:r>
              <w:rPr>
                <w:b/>
                <w:sz w:val="18"/>
              </w:rPr>
              <w:t xml:space="preserve">8. </w:t>
            </w:r>
            <w:r>
              <w:rPr>
                <w:sz w:val="18"/>
              </w:rPr>
              <w:t>Cinnabon</w:t>
            </w:r>
          </w:p>
        </w:tc>
        <w:tc>
          <w:tcPr>
            <w:tcW w:w="3494" w:type="dxa"/>
            <w:tcMar>
              <w:top w:w="35" w:type="dxa"/>
              <w:left w:w="65" w:type="dxa"/>
              <w:bottom w:w="35" w:type="dxa"/>
              <w:right w:w="65" w:type="dxa"/>
            </w:tcMar>
            <w:vAlign w:val="center"/>
          </w:tcPr>
          <w:p w:rsidR="0068488D" w:rsidRDefault="000E0381">
            <w:pPr>
              <w:spacing w:after="0" w:line="228" w:lineRule="auto"/>
            </w:pPr>
            <w:r>
              <w:rPr>
                <w:b/>
                <w:sz w:val="18"/>
              </w:rPr>
              <w:t xml:space="preserve">20. </w:t>
            </w:r>
            <w:r>
              <w:rPr>
                <w:sz w:val="18"/>
              </w:rPr>
              <w:t>PIMS</w:t>
            </w:r>
          </w:p>
        </w:tc>
        <w:tc>
          <w:tcPr>
            <w:tcW w:w="3494" w:type="dxa"/>
            <w:tcMar>
              <w:top w:w="35" w:type="dxa"/>
              <w:left w:w="65" w:type="dxa"/>
              <w:bottom w:w="35" w:type="dxa"/>
              <w:right w:w="65" w:type="dxa"/>
            </w:tcMar>
            <w:vAlign w:val="center"/>
          </w:tcPr>
          <w:p w:rsidR="0068488D" w:rsidRDefault="000E0381">
            <w:pPr>
              <w:spacing w:after="0" w:line="228" w:lineRule="auto"/>
            </w:pPr>
            <w:r>
              <w:rPr>
                <w:b/>
                <w:sz w:val="18"/>
              </w:rPr>
              <w:t xml:space="preserve">32. </w:t>
            </w:r>
            <w:r>
              <w:rPr>
                <w:sz w:val="18"/>
              </w:rPr>
              <w:t>Митерия CHUCK</w:t>
            </w:r>
          </w:p>
        </w:tc>
      </w:tr>
      <w:tr w:rsidR="0068488D">
        <w:trPr>
          <w:jc w:val="center"/>
        </w:trPr>
        <w:tc>
          <w:tcPr>
            <w:tcW w:w="3494" w:type="dxa"/>
            <w:tcMar>
              <w:top w:w="35" w:type="dxa"/>
              <w:left w:w="65" w:type="dxa"/>
              <w:bottom w:w="35" w:type="dxa"/>
              <w:right w:w="65" w:type="dxa"/>
            </w:tcMar>
            <w:vAlign w:val="center"/>
          </w:tcPr>
          <w:p w:rsidR="0068488D" w:rsidRDefault="000E0381">
            <w:pPr>
              <w:spacing w:after="0" w:line="228" w:lineRule="auto"/>
            </w:pPr>
            <w:r>
              <w:rPr>
                <w:b/>
                <w:sz w:val="18"/>
              </w:rPr>
              <w:t xml:space="preserve">9. </w:t>
            </w:r>
            <w:r>
              <w:rPr>
                <w:sz w:val="18"/>
              </w:rPr>
              <w:t>CRISPY PIZZA</w:t>
            </w:r>
          </w:p>
        </w:tc>
        <w:tc>
          <w:tcPr>
            <w:tcW w:w="3494" w:type="dxa"/>
            <w:tcMar>
              <w:top w:w="35" w:type="dxa"/>
              <w:left w:w="65" w:type="dxa"/>
              <w:bottom w:w="35" w:type="dxa"/>
              <w:right w:w="65" w:type="dxa"/>
            </w:tcMar>
            <w:vAlign w:val="center"/>
          </w:tcPr>
          <w:p w:rsidR="0068488D" w:rsidRDefault="000E0381">
            <w:pPr>
              <w:spacing w:after="0" w:line="228" w:lineRule="auto"/>
            </w:pPr>
            <w:r>
              <w:rPr>
                <w:b/>
                <w:sz w:val="18"/>
              </w:rPr>
              <w:t xml:space="preserve">21. </w:t>
            </w:r>
            <w:r>
              <w:rPr>
                <w:sz w:val="18"/>
              </w:rPr>
              <w:t>ROSTIC’S</w:t>
            </w:r>
          </w:p>
        </w:tc>
        <w:tc>
          <w:tcPr>
            <w:tcW w:w="3494" w:type="dxa"/>
            <w:tcMar>
              <w:top w:w="35" w:type="dxa"/>
              <w:left w:w="65" w:type="dxa"/>
              <w:bottom w:w="35" w:type="dxa"/>
              <w:right w:w="65" w:type="dxa"/>
            </w:tcMar>
            <w:vAlign w:val="center"/>
          </w:tcPr>
          <w:p w:rsidR="0068488D" w:rsidRDefault="000E0381">
            <w:pPr>
              <w:spacing w:after="0" w:line="228" w:lineRule="auto"/>
            </w:pPr>
            <w:r>
              <w:rPr>
                <w:b/>
                <w:sz w:val="18"/>
              </w:rPr>
              <w:t xml:space="preserve">33. </w:t>
            </w:r>
            <w:r>
              <w:rPr>
                <w:sz w:val="18"/>
              </w:rPr>
              <w:t>Пита Питер</w:t>
            </w:r>
          </w:p>
        </w:tc>
      </w:tr>
      <w:tr w:rsidR="0068488D">
        <w:trPr>
          <w:jc w:val="center"/>
        </w:trPr>
        <w:tc>
          <w:tcPr>
            <w:tcW w:w="3494" w:type="dxa"/>
            <w:tcMar>
              <w:top w:w="35" w:type="dxa"/>
              <w:left w:w="65" w:type="dxa"/>
              <w:bottom w:w="35" w:type="dxa"/>
              <w:right w:w="65" w:type="dxa"/>
            </w:tcMar>
            <w:vAlign w:val="center"/>
          </w:tcPr>
          <w:p w:rsidR="0068488D" w:rsidRDefault="000E0381">
            <w:pPr>
              <w:spacing w:after="0" w:line="228" w:lineRule="auto"/>
            </w:pPr>
            <w:r>
              <w:rPr>
                <w:b/>
                <w:sz w:val="18"/>
              </w:rPr>
              <w:t xml:space="preserve">10. </w:t>
            </w:r>
            <w:r>
              <w:rPr>
                <w:sz w:val="18"/>
              </w:rPr>
              <w:t>ETLON COFFEE</w:t>
            </w:r>
          </w:p>
        </w:tc>
        <w:tc>
          <w:tcPr>
            <w:tcW w:w="3494" w:type="dxa"/>
            <w:tcMar>
              <w:top w:w="35" w:type="dxa"/>
              <w:left w:w="65" w:type="dxa"/>
              <w:bottom w:w="35" w:type="dxa"/>
              <w:right w:w="65" w:type="dxa"/>
            </w:tcMar>
            <w:vAlign w:val="center"/>
          </w:tcPr>
          <w:p w:rsidR="0068488D" w:rsidRDefault="000E0381">
            <w:pPr>
              <w:spacing w:after="0" w:line="228" w:lineRule="auto"/>
            </w:pPr>
            <w:r>
              <w:rPr>
                <w:b/>
                <w:sz w:val="18"/>
              </w:rPr>
              <w:t xml:space="preserve">22. </w:t>
            </w:r>
            <w:r>
              <w:rPr>
                <w:sz w:val="18"/>
              </w:rPr>
              <w:t>Samarkind</w:t>
            </w:r>
          </w:p>
        </w:tc>
        <w:tc>
          <w:tcPr>
            <w:tcW w:w="3494" w:type="dxa"/>
            <w:tcMar>
              <w:top w:w="35" w:type="dxa"/>
              <w:left w:w="65" w:type="dxa"/>
              <w:bottom w:w="35" w:type="dxa"/>
              <w:right w:w="65" w:type="dxa"/>
            </w:tcMar>
            <w:vAlign w:val="center"/>
          </w:tcPr>
          <w:p w:rsidR="0068488D" w:rsidRDefault="000E0381">
            <w:pPr>
              <w:spacing w:after="0" w:line="228" w:lineRule="auto"/>
            </w:pPr>
            <w:r>
              <w:rPr>
                <w:b/>
                <w:sz w:val="18"/>
              </w:rPr>
              <w:t xml:space="preserve">34. </w:t>
            </w:r>
            <w:r>
              <w:rPr>
                <w:sz w:val="18"/>
              </w:rPr>
              <w:t>Теремок</w:t>
            </w:r>
          </w:p>
        </w:tc>
      </w:tr>
      <w:tr w:rsidR="0068488D">
        <w:trPr>
          <w:jc w:val="center"/>
        </w:trPr>
        <w:tc>
          <w:tcPr>
            <w:tcW w:w="3494" w:type="dxa"/>
            <w:tcMar>
              <w:top w:w="35" w:type="dxa"/>
              <w:left w:w="65" w:type="dxa"/>
              <w:bottom w:w="35" w:type="dxa"/>
              <w:right w:w="65" w:type="dxa"/>
            </w:tcMar>
            <w:vAlign w:val="center"/>
          </w:tcPr>
          <w:p w:rsidR="0068488D" w:rsidRDefault="000E0381">
            <w:pPr>
              <w:spacing w:after="0" w:line="228" w:lineRule="auto"/>
            </w:pPr>
            <w:r>
              <w:rPr>
                <w:b/>
                <w:sz w:val="18"/>
              </w:rPr>
              <w:t xml:space="preserve">11. </w:t>
            </w:r>
            <w:r>
              <w:rPr>
                <w:sz w:val="18"/>
              </w:rPr>
              <w:t>FAN OF DONUTS</w:t>
            </w:r>
          </w:p>
        </w:tc>
        <w:tc>
          <w:tcPr>
            <w:tcW w:w="3494" w:type="dxa"/>
            <w:tcMar>
              <w:top w:w="35" w:type="dxa"/>
              <w:left w:w="65" w:type="dxa"/>
              <w:bottom w:w="35" w:type="dxa"/>
              <w:right w:w="65" w:type="dxa"/>
            </w:tcMar>
            <w:vAlign w:val="center"/>
          </w:tcPr>
          <w:p w:rsidR="0068488D" w:rsidRDefault="000E0381">
            <w:pPr>
              <w:spacing w:after="0" w:line="228" w:lineRule="auto"/>
            </w:pPr>
            <w:r>
              <w:rPr>
                <w:b/>
                <w:sz w:val="18"/>
              </w:rPr>
              <w:t xml:space="preserve">23. </w:t>
            </w:r>
            <w:r>
              <w:rPr>
                <w:sz w:val="18"/>
              </w:rPr>
              <w:t>Umami</w:t>
            </w:r>
          </w:p>
        </w:tc>
        <w:tc>
          <w:tcPr>
            <w:tcW w:w="3494" w:type="dxa"/>
            <w:tcMar>
              <w:top w:w="35" w:type="dxa"/>
              <w:left w:w="65" w:type="dxa"/>
              <w:bottom w:w="35" w:type="dxa"/>
              <w:right w:w="65" w:type="dxa"/>
            </w:tcMar>
            <w:vAlign w:val="center"/>
          </w:tcPr>
          <w:p w:rsidR="0068488D" w:rsidRDefault="000E0381">
            <w:pPr>
              <w:spacing w:after="0" w:line="228" w:lineRule="auto"/>
            </w:pPr>
            <w:r>
              <w:rPr>
                <w:b/>
                <w:sz w:val="18"/>
              </w:rPr>
              <w:t xml:space="preserve">35. </w:t>
            </w:r>
            <w:r>
              <w:rPr>
                <w:sz w:val="18"/>
              </w:rPr>
              <w:t>Франклинс Бургер</w:t>
            </w:r>
          </w:p>
        </w:tc>
      </w:tr>
      <w:tr w:rsidR="0068488D">
        <w:trPr>
          <w:jc w:val="center"/>
        </w:trPr>
        <w:tc>
          <w:tcPr>
            <w:tcW w:w="3494" w:type="dxa"/>
            <w:tcMar>
              <w:top w:w="35" w:type="dxa"/>
              <w:left w:w="65" w:type="dxa"/>
              <w:bottom w:w="35" w:type="dxa"/>
              <w:right w:w="65" w:type="dxa"/>
            </w:tcMar>
            <w:vAlign w:val="center"/>
          </w:tcPr>
          <w:p w:rsidR="0068488D" w:rsidRDefault="000E0381">
            <w:pPr>
              <w:spacing w:after="0" w:line="228" w:lineRule="auto"/>
            </w:pPr>
            <w:r>
              <w:rPr>
                <w:b/>
                <w:sz w:val="18"/>
              </w:rPr>
              <w:t xml:space="preserve">12. </w:t>
            </w:r>
            <w:r>
              <w:rPr>
                <w:sz w:val="18"/>
              </w:rPr>
              <w:t>Fluffy Fluffy</w:t>
            </w:r>
          </w:p>
        </w:tc>
        <w:tc>
          <w:tcPr>
            <w:tcW w:w="3494" w:type="dxa"/>
            <w:tcMar>
              <w:top w:w="35" w:type="dxa"/>
              <w:left w:w="65" w:type="dxa"/>
              <w:bottom w:w="35" w:type="dxa"/>
              <w:right w:w="65" w:type="dxa"/>
            </w:tcMar>
            <w:vAlign w:val="center"/>
          </w:tcPr>
          <w:p w:rsidR="0068488D" w:rsidRDefault="000E0381">
            <w:pPr>
              <w:spacing w:after="0" w:line="228" w:lineRule="auto"/>
            </w:pPr>
            <w:r>
              <w:rPr>
                <w:b/>
                <w:sz w:val="18"/>
              </w:rPr>
              <w:t xml:space="preserve">24. </w:t>
            </w:r>
            <w:r>
              <w:rPr>
                <w:sz w:val="18"/>
              </w:rPr>
              <w:t>Бабагануш</w:t>
            </w:r>
          </w:p>
        </w:tc>
        <w:tc>
          <w:tcPr>
            <w:tcW w:w="3494" w:type="dxa"/>
            <w:tcMar>
              <w:top w:w="35" w:type="dxa"/>
              <w:left w:w="65" w:type="dxa"/>
              <w:bottom w:w="35" w:type="dxa"/>
              <w:right w:w="65" w:type="dxa"/>
            </w:tcMar>
            <w:vAlign w:val="center"/>
          </w:tcPr>
          <w:p w:rsidR="0068488D" w:rsidRDefault="000E0381">
            <w:pPr>
              <w:spacing w:after="0" w:line="228" w:lineRule="auto"/>
            </w:pPr>
            <w:r>
              <w:rPr>
                <w:b/>
                <w:sz w:val="18"/>
              </w:rPr>
              <w:t xml:space="preserve">36. </w:t>
            </w:r>
            <w:r>
              <w:rPr>
                <w:sz w:val="18"/>
              </w:rPr>
              <w:t>Ёгурти</w:t>
            </w:r>
          </w:p>
        </w:tc>
      </w:tr>
    </w:tbl>
    <w:p w:rsidR="0068488D" w:rsidRPr="00BE3087" w:rsidRDefault="000E0381">
      <w:pPr>
        <w:spacing w:before="100" w:after="20"/>
        <w:rPr>
          <w:lang w:val="ru-RU"/>
        </w:rPr>
      </w:pPr>
      <w:r w:rsidRPr="00BE3087">
        <w:rPr>
          <w:b/>
          <w:sz w:val="18"/>
          <w:lang w:val="ru-RU"/>
        </w:rPr>
        <w:t xml:space="preserve">Примечание. </w:t>
      </w:r>
      <w:r w:rsidRPr="00BE3087">
        <w:rPr>
          <w:sz w:val="18"/>
          <w:lang w:val="ru-RU"/>
        </w:rPr>
        <w:t>В перечень не включены банки, банкоматы, терминалы оплаты, операторы сотовой связи, вендинговые аппараты, организации, оказываю</w:t>
      </w:r>
      <w:r w:rsidRPr="00BE3087">
        <w:rPr>
          <w:sz w:val="18"/>
          <w:lang w:val="ru-RU"/>
        </w:rPr>
        <w:t>щие финансовые услуги, а также инфраструктурные, технические и сервисные объекты комплекса. При изменении состава арендаторов перечень может быть актуализирован Организатором. В спорных случаях применяются действующие Правила Акции.</w:t>
      </w:r>
    </w:p>
    <w:sectPr w:rsidR="0068488D" w:rsidRPr="00BE3087" w:rsidSect="00034616">
      <w:headerReference w:type="default" r:id="rId8"/>
      <w:footerReference w:type="default" r:id="rId9"/>
      <w:pgSz w:w="12240" w:h="15840"/>
      <w:pgMar w:top="765" w:right="879" w:bottom="765" w:left="87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0381" w:rsidRDefault="000E0381">
      <w:pPr>
        <w:spacing w:after="0" w:line="240" w:lineRule="auto"/>
      </w:pPr>
      <w:r>
        <w:separator/>
      </w:r>
    </w:p>
  </w:endnote>
  <w:endnote w:type="continuationSeparator" w:id="0">
    <w:p w:rsidR="000E0381" w:rsidRDefault="000E03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488D" w:rsidRDefault="000E0381">
    <w:pPr>
      <w:pStyle w:val="a7"/>
      <w:jc w:val="center"/>
    </w:pPr>
    <w:r>
      <w:rPr>
        <w:sz w:val="16"/>
      </w:rPr>
      <w:t xml:space="preserve">Перечень магазинов-участников акции  |  </w:t>
    </w:r>
    <w:r>
      <w:fldChar w:fldCharType="begin"/>
    </w:r>
    <w:r>
      <w:instrText>PAGE</w:instrText>
    </w:r>
    <w:r>
      <w:fldChar w:fldCharType="separate"/>
    </w:r>
    <w:r w:rsidR="00BE3087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0381" w:rsidRDefault="000E0381">
      <w:pPr>
        <w:spacing w:after="0" w:line="240" w:lineRule="auto"/>
      </w:pPr>
      <w:r>
        <w:separator/>
      </w:r>
    </w:p>
  </w:footnote>
  <w:footnote w:type="continuationSeparator" w:id="0">
    <w:p w:rsidR="000E0381" w:rsidRDefault="000E03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488D" w:rsidRDefault="000E0381">
    <w:pPr>
      <w:pStyle w:val="a5"/>
      <w:jc w:val="right"/>
    </w:pPr>
    <w:r>
      <w:rPr>
        <w:color w:val="B57C5B"/>
        <w:sz w:val="17"/>
      </w:rPr>
      <w:t>ТРК «СИТИ МОЛЛ»  •  COZY HOME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0E0381"/>
    <w:rsid w:val="0015074B"/>
    <w:rsid w:val="0029639D"/>
    <w:rsid w:val="00326F90"/>
    <w:rsid w:val="0068488D"/>
    <w:rsid w:val="00AA1D8D"/>
    <w:rsid w:val="00B47730"/>
    <w:rsid w:val="00BE3087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3B5F0EE"/>
  <w14:defaultImageDpi w14:val="300"/>
  <w15:docId w15:val="{4A2CC496-E2C8-4AEC-803F-E9FF36FC1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  <w:pPr>
      <w:spacing w:after="60"/>
    </w:pPr>
    <w:rPr>
      <w:rFonts w:ascii="Times New Roman" w:eastAsia="Times New Roman" w:hAnsi="Times New Roman"/>
      <w:sz w:val="20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CA3D07B-63CA-41CE-ABD9-C6DB7A1A4E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471</Words>
  <Characters>2691</Characters>
  <Application>Microsoft Office Word</Application>
  <DocSecurity>0</DocSecurity>
  <Lines>22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Перечень магазинов-участников акции «Выходные с COZY HOME»</vt:lpstr>
      <vt:lpstr/>
    </vt:vector>
  </TitlesOfParts>
  <Manager/>
  <Company/>
  <LinksUpToDate>false</LinksUpToDate>
  <CharactersWithSpaces>3156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Перечень магазинов-участников акции «Выходные с COZY HOME»</dc:title>
  <dc:subject/>
  <dc:creator>ТРК «СИТИ МОЛЛ»</dc:creator>
  <cp:keywords/>
  <dc:description>generated by python-docx</dc:description>
  <cp:lastModifiedBy>Ульева Вероника Сергеевна</cp:lastModifiedBy>
  <cp:revision>2</cp:revision>
  <dcterms:created xsi:type="dcterms:W3CDTF">2026-07-17T09:24:00Z</dcterms:created>
  <dcterms:modified xsi:type="dcterms:W3CDTF">2026-07-17T09:24:00Z</dcterms:modified>
  <cp:category/>
</cp:coreProperties>
</file>